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修改频道单个白名单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1、用于更新观看白名单信息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http://api.polyv.net/live/v3/channel/auth/update-white-list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oldCode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旧会员码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会员码（最多为50个字符）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昵称（最多为50个字符）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频道号（传频道号则添加频道观看白名单，不传频道号则添加全局观看白名单-仅旧版后台通用设置生效）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http://api.polyv.net/live/v3/channel/auth/update-white-list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code=%E4%BC%9A%E5%91%98%E7%A0%811&amp;oldCode=%E4%BC%9A%E5%91%98%E7%A0%81123&amp;appId=frlr1zazn3&amp;name=%E6%98%B5%E7%A7%B01&amp;sign=8EC68EE65FBCEBE8E6EC389AB586CF88&amp;rank=1&amp;channelId=1965681&amp;timestamp=1621843953634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请求成功时为success，请求失败时为空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修改频道单个白名单</w:t>
        <w:br/>
        <w:t xml:space="preserve"> * @throws IOException</w:t>
        <w:br/>
        <w:t xml:space="preserve"> */</w:t>
        <w:br/>
        <w:t>@Test</w:t>
        <w:br/>
        <w:t>public void testUpdateWhiteList()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"https://api.polyv.net/live/v3/channel/auth/update-white-list";</w:t>
        <w:br/>
        <w:t xml:space="preserve">    String channelId = "1965681";</w:t>
        <w:br/>
        <w:t xml:space="preserve">    String rank = "1";</w:t>
        <w:br/>
        <w:t xml:space="preserve">    String oldCode = "会员码123";</w:t>
        <w:br/>
        <w:t xml:space="preserve">    String code = "会员码1";</w:t>
        <w:br/>
        <w:t xml:space="preserve">    String name = "昵称1";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requestMap.put("rank",rank);</w:t>
        <w:br/>
        <w:t xml:space="preserve">    requestMap.put("oldCode",oldCode);</w:t>
        <w:br/>
        <w:t xml:space="preserve">    requestMap.put("code",code);</w:t>
        <w:br/>
        <w:t xml:space="preserve">    requestMap.put("name",name);</w:t>
        <w:br/>
        <w:t xml:space="preserve">    requestMap.put("sign",LiveSignUtil.getSign(requestMap, appSecret));</w:t>
        <w:br/>
        <w:t xml:space="preserve">    String response = HttpUtil.postFormBody(url,requestMap);</w:t>
        <w:br/>
        <w:t xml:space="preserve">    log.info("测试修改频道单个白名单：{}",response);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修改频道单个白名单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