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查询频道白名单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1、获取全局或频道的观看条件白名单列表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http://api.polyv.net/live/v3/channel/auth/get-white-list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1为首要条件，2为次要条件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频道号，不传为获取全局设置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要获取的页码，默认为1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每页数据量，默认为10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关键词，可根据会员码和名称查询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https://api.polyv.net/live/v3/channel/auth/get-white-list?appId=frlr1zazn3&amp;sign=5935F7E2423B2AF9E0E8FE59D54D5ACC&amp;rank=1&amp;channelId=1965681&amp;timestamp=1621843843501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分页的白名单列表数据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当前页面内容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昵称(或备注)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phone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会员码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LoggerFactory.getLogger(WatchConditionTest.class);</w:t>
        <w:br/>
        <w:t>/**</w:t>
        <w:br/>
        <w:t xml:space="preserve"> * 查询频道白名单</w:t>
        <w:br/>
        <w:t xml:space="preserve"> * @throws IOException</w:t>
        <w:br/>
        <w:t xml:space="preserve"> */</w:t>
        <w:br/>
        <w:t>@Test</w:t>
        <w:br/>
        <w:t>public void testGetWhiteList()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channelId = "1965681";</w:t>
        <w:br/>
        <w:t xml:space="preserve">    String url = "https://api.polyv.net/live/v3/channel/auth/get-white-list";</w:t>
        <w:br/>
        <w:t xml:space="preserve">    String rank = "1";</w:t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requestMap.put("channelId",channelId);</w:t>
        <w:br/>
        <w:t xml:space="preserve">    requestMap.put("rank",rank);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log.info("测试查询频道白名单接口返回值：{}",response);</w:t>
        <w:br/>
        <w:t xml:space="preserve">    //do somethings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{</w:t>
        <w:br/>
        <w:tab/>
        <w:tab/>
        <w:t>"pageNumber": 1,</w:t>
        <w:br/>
        <w:tab/>
        <w:tab/>
        <w:t>"totalPages": 1,</w:t>
        <w:br/>
        <w:tab/>
        <w:tab/>
        <w:t>"pageSize": 10,</w:t>
        <w:br/>
        <w:tab/>
        <w:tab/>
        <w:t>"contents": [{</w:t>
        <w:br/>
        <w:tab/>
        <w:tab/>
        <w:tab/>
        <w:t>"phone": "123rock",</w:t>
        <w:br/>
        <w:tab/>
        <w:tab/>
        <w:tab/>
        <w:t>"name": "rock"</w:t>
        <w:br/>
        <w:tab/>
        <w:tab/>
        <w:t>}, {</w:t>
        <w:br/>
        <w:tab/>
        <w:tab/>
        <w:tab/>
        <w:t>"phone": "会员码123",</w:t>
        <w:br/>
        <w:tab/>
        <w:tab/>
        <w:tab/>
        <w:t>"name": "昵称123"</w:t>
        <w:br/>
        <w:tab/>
        <w:tab/>
        <w:t>}, {</w:t>
        <w:br/>
        <w:tab/>
        <w:tab/>
        <w:tab/>
        <w:t>"phone": "a1",</w:t>
        <w:br/>
        <w:tab/>
        <w:tab/>
        <w:tab/>
        <w:t>"name": "sadboy1"</w:t>
        <w:br/>
        <w:tab/>
        <w:tab/>
        <w:t>}, {</w:t>
        <w:br/>
        <w:tab/>
        <w:tab/>
        <w:tab/>
        <w:t>"phone": "a2",</w:t>
        <w:br/>
        <w:tab/>
        <w:tab/>
        <w:tab/>
        <w:t>"name": "sadboy2"</w:t>
        <w:br/>
        <w:tab/>
        <w:tab/>
        <w:t>}, {</w:t>
        <w:br/>
        <w:tab/>
        <w:tab/>
        <w:tab/>
        <w:t>"phone": "a3",</w:t>
        <w:br/>
        <w:tab/>
        <w:tab/>
        <w:tab/>
        <w:t>"name": "sadboy3"</w:t>
        <w:br/>
        <w:tab/>
        <w:tab/>
        <w:t>}, {</w:t>
        <w:br/>
        <w:tab/>
        <w:tab/>
        <w:tab/>
        <w:t>"phone": "a4",</w:t>
        <w:br/>
        <w:tab/>
        <w:tab/>
        <w:tab/>
        <w:t>"name": "sadboy4"</w:t>
        <w:br/>
        <w:tab/>
        <w:tab/>
        <w:t>}, {</w:t>
        <w:br/>
        <w:tab/>
        <w:tab/>
        <w:tab/>
        <w:t>"phone": "a5",</w:t>
        <w:br/>
        <w:tab/>
        <w:tab/>
        <w:tab/>
        <w:t>"name": "sadboy5"</w:t>
        <w:br/>
        <w:tab/>
        <w:tab/>
        <w:t>}, {</w:t>
        <w:br/>
        <w:tab/>
        <w:tab/>
        <w:tab/>
        <w:t>"phone": "a6",</w:t>
        <w:br/>
        <w:tab/>
        <w:tab/>
        <w:tab/>
        <w:t>"name": "sadboy6"</w:t>
        <w:br/>
        <w:tab/>
        <w:tab/>
        <w:t>}, {</w:t>
        <w:br/>
        <w:tab/>
        <w:tab/>
        <w:tab/>
        <w:t>"phone": "a7",</w:t>
        <w:br/>
        <w:tab/>
        <w:tab/>
        <w:tab/>
        <w:t>"name": "sadboy7"</w:t>
        <w:br/>
        <w:tab/>
        <w:tab/>
        <w:t>}]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查询频道白名单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