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查询频道登记观看记录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1、获取频道的登记观看列表数据内容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http://api.polyv.net/live/v3/channel/auth/get-record-info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登记开始时间，仅查询晚于该时间的记录，13位毫秒级时间戳，为空则不限制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登记结束时间，仅查询早于该时间的记录，13位毫秒级时间戳，为空则不限制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要获取的页码，默认为1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每页数据量，默认为10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http://api.polyv.net/live/v3/channel/auth/get-record-info?appId=frlr1zazn3&amp;sign=86CF32ED6AD3D9B9ED5B4459AE4BB2F4&amp;channelId=1965681&amp;timestamp=1621844691740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Obejct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分页的登记观看列表数据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当前页面内容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登记的用户ID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登记的内容数据，格式如：["三藏", "9999", "东方"]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LoggerFactory.getLogger(WatchConditionTest.class);</w:t>
        <w:br/>
        <w:t>/**</w:t>
        <w:br/>
        <w:t xml:space="preserve"> * 查询频道登记观看记录</w:t>
        <w:br/>
        <w:t xml:space="preserve"> * @throws IOException</w:t>
        <w:br/>
        <w:t xml:space="preserve"> */</w:t>
        <w:br/>
        <w:t>@Test</w:t>
        <w:br/>
        <w:t>public void testGetRecordInfo()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channelId = "1965681";</w:t>
        <w:br/>
        <w:t xml:space="preserve">    String url = "http://api.polyv.net/live/v3/channel/auth/get-record-info";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br/>
        <w:t xml:space="preserve">    requestMap.put("channelId",channelId);</w:t>
        <w:br/>
        <w:t xml:space="preserve">    requestMap.put("sign",LiveSignUtil.getSign(requestMap, appSecret));</w:t>
        <w:br/>
        <w:t xml:space="preserve">    String response = HttpUtil.get(url, requestMap);</w:t>
        <w:br/>
        <w:t xml:space="preserve">    log.info("测试查询频道登记观看记录接口返回值：{}",response);</w:t>
        <w:br/>
        <w:t xml:space="preserve">    //do somethings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{</w:t>
        <w:br/>
        <w:tab/>
        <w:tab/>
        <w:t>"pageNumber": 1,</w:t>
        <w:br/>
        <w:tab/>
        <w:tab/>
        <w:t>"totalPages": 1,</w:t>
        <w:br/>
        <w:tab/>
        <w:tab/>
        <w:t>"pageSize": 10,</w:t>
        <w:br/>
        <w:tab/>
        <w:tab/>
        <w:t>"contents": [{</w:t>
        <w:br/>
        <w:tab/>
        <w:tab/>
        <w:tab/>
        <w:t>"createdTime": 1605170081000,</w:t>
        <w:br/>
        <w:tab/>
        <w:tab/>
        <w:tab/>
        <w:t>"params": ["三藏", "9999", "东方"]</w:t>
        <w:br/>
        <w:tab/>
        <w:tab/>
        <w:t>}, {</w:t>
        <w:br/>
        <w:tab/>
        <w:tab/>
        <w:tab/>
        <w:t>"createdTime": 1605170044000,</w:t>
        <w:br/>
        <w:tab/>
        <w:tab/>
        <w:tab/>
        <w:t>"params": ["悟空", "10000", "大唐"]</w:t>
        <w:br/>
        <w:tab/>
        <w:tab/>
        <w:t>}]</w:t>
        <w:br/>
        <w:tab/>
        <w:t>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查询频道登记观看记录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