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查询频道登记观看设置的字段信息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1、获取频道或全局的登记观看字段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http://api.polyv.net/live/v3/channel/auth/get-record-field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主要观看条件为1，次要观看条件为2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频道号，不传为全局获取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http://api.polyv.net/live/v3/channel/auth/get-record-field?appId=frlr1zazn3&amp;sign=A9BFED5A4CD52C57BD0384827628C73C&amp;rank=1&amp;channelId=1965681&amp;timestamp=1621844135149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请求成功为数据内容，错误为空串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登记观看类型name：姓名mobile：手机号码number：数字option：下拉选择text：文本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登记观看信息标题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placeholder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登记观看信息描述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options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登记观看为下拉选择时的选项，选项值以英文逗号分隔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短信验证开关Y：开N：关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LoggerFactory.getLogger(WatchConditionTest.class);</w:t>
        <w:br/>
        <w:t>/**</w:t>
        <w:br/>
        <w:t xml:space="preserve"> * 查询频道登记观看设置的字段信息</w:t>
        <w:br/>
        <w:t xml:space="preserve"> * @throws IOException</w:t>
        <w:br/>
        <w:t xml:space="preserve"> */</w:t>
        <w:br/>
        <w:t>@Test</w:t>
        <w:br/>
        <w:t>public void testGetRecordField()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channelId = "1965681";</w:t>
        <w:br/>
        <w:t xml:space="preserve">    String url = "http://api.polyv.net/live/v3/channel/auth/get-record-field";</w:t>
        <w:br/>
        <w:t xml:space="preserve">    String rank = "1";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br/>
        <w:t xml:space="preserve">    requestMap.put("rank", rank);</w:t>
        <w:br/>
        <w:t xml:space="preserve">    requestMap.put("channelId",channelId);</w:t>
        <w:br/>
        <w:t xml:space="preserve">    requestMap.put("sign",LiveSignUtil.getSign(requestMap, appSecret));</w:t>
        <w:br/>
        <w:t xml:space="preserve">    String response = HttpUtil.get(url, requestMap);</w:t>
        <w:br/>
        <w:t xml:space="preserve">    log.info("测试查询频道登记观看设置的字段信息接口返回值：{}",response);</w:t>
        <w:br/>
        <w:t xml:space="preserve">    //do somethings</w:t>
        <w:br/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"",</w:t>
        <w:br/>
        <w:tab/>
        <w:t>"data": [{</w:t>
        <w:br/>
        <w:tab/>
        <w:tab/>
        <w:t>"type": "name",</w:t>
        <w:br/>
        <w:tab/>
        <w:tab/>
        <w:t>"name": "姓名",</w:t>
        <w:br/>
        <w:tab/>
        <w:tab/>
        <w:t>"options": null,</w:t>
        <w:br/>
        <w:tab/>
        <w:tab/>
        <w:t>"placeholder": "请输入姓名",</w:t>
        <w:br/>
        <w:tab/>
        <w:tab/>
        <w:t>"sms": null</w:t>
        <w:br/>
        <w:tab/>
        <w:t>}, {</w:t>
        <w:br/>
        <w:tab/>
        <w:tab/>
        <w:t>"type": "number",</w:t>
        <w:br/>
        <w:tab/>
        <w:tab/>
        <w:t>"name": "年龄",</w:t>
        <w:br/>
        <w:tab/>
        <w:tab/>
        <w:t>"options": null,</w:t>
        <w:br/>
        <w:tab/>
        <w:tab/>
        <w:t>"placeholder": "请输入您的年龄",</w:t>
        <w:br/>
        <w:tab/>
        <w:tab/>
        <w:t>"sms": null</w:t>
        <w:br/>
        <w:tab/>
        <w:t>}, {</w:t>
        <w:br/>
        <w:tab/>
        <w:tab/>
        <w:t>"type": "option",</w:t>
        <w:br/>
        <w:tab/>
        <w:tab/>
        <w:t>"name": "来自何方",</w:t>
        <w:br/>
        <w:tab/>
        <w:tab/>
        <w:t>"options": "大唐,东方",</w:t>
        <w:br/>
        <w:tab/>
        <w:tab/>
        <w:t>"placeholder": "来自哪里呢?",</w:t>
        <w:br/>
        <w:tab/>
        <w:tab/>
        <w:t>"sms": null</w:t>
        <w:br/>
        <w:tab/>
        <w:t>}]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查询频道登记观看设置的字段信息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