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下载频道白名单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1、下载全局或频道的观看条件白名单列表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http://api.polyv.net/live/v3/channel/auth/download-white-list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频道号，不传为全局下载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https://api.polyv.net/live/v3/channel/auth/download-white-list?appId=frlr1zazn3&amp;sign=31BC3BB8427E1471F60F74B9BA932A40&amp;rank=1&amp;channelId=1965681&amp;timestamp=1621844101001</w:t>
      </w:r>
    </w:p>
    <w:p>
      <w:pPr>
        <w:pStyle w:val="Heading2"/>
      </w:pPr>
      <w:r>
        <w:t>响应参数描述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响应成功时，接口返回文件流，格式为.xls，可以自行保存文件。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下载频道白名单</w:t>
        <w:br/>
        <w:t xml:space="preserve"> * @throws IOException</w:t>
        <w:br/>
        <w:t xml:space="preserve"> */</w:t>
        <w:br/>
        <w:t>@Test</w:t>
        <w:br/>
        <w:t>public void testDownloadWhiteList()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"http://api.polyv.net/live/v3/channel/auth/download-white-list";</w:t>
        <w:br/>
        <w:t xml:space="preserve">    String rank = "1";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requestMap.put("channelId",channelId);</w:t>
        <w:br/>
        <w:t xml:space="preserve">    requestMap.put("rank",rank);</w:t>
        <w:br/>
        <w:t xml:space="preserve">    requestMap.put("sign",LiveSignUtil.getSign(requestMap, appSecret));</w:t>
        <w:br/>
        <w:t xml:space="preserve">    byte[] binary = HttpUtil.getBinary(url, requestMap, null);</w:t>
        <w:br/>
        <w:t xml:space="preserve">    String path = getClass().getResource("/file/").getPath() + "DownloadWhiteList.xls";</w:t>
        <w:br/>
        <w:t xml:space="preserve">    HttpUtil.writeFile(binary, path);</w:t>
        <w:br/>
        <w:t xml:space="preserve">    log.info("测试下载频道白名单接口返回值：{}",path);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/C:/IDEA/project/polyv-api-example/target/test-classes/file/DownloadWhiteList.xls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下载频道白名单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