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删除频道白名单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1、用于删除指定观看白名单（支持一键清空）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http://api.polyv.net/live/v3/channel/auth/delete-white-list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isClear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是否一键清空白名单Y：清空白名单N：根据请求参数code清除白名单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频道号（传频道号则删除频道观看白名单，不传频道号则删除全局观看白名单-仅旧版后台通用设置生效）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会员码（请求参数isClear 为N时为必传参数）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http://api.polyv.net/live/v3/channel/auth/delete-white-list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code=%E4%BC%9A%E5%91%98%E7%A0%81123&amp;appId=frlr1zazn3&amp;sign=CBBD8743AED83A64581298E4A112B823&amp;rank=1&amp;isClear=N&amp;channelId=1965681&amp;timestamp=1621844063086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删除频道白名单</w:t>
        <w:br/>
        <w:t xml:space="preserve"> * @throws IOException</w:t>
        <w:br/>
        <w:t xml:space="preserve"> */</w:t>
        <w:br/>
        <w:t>@Test</w:t>
        <w:br/>
        <w:t>public void testDeleteWhiteList()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"https://api.polyv.net/live/v3/channel/auth/delete-white-list";</w:t>
        <w:br/>
        <w:t xml:space="preserve">    String channelId = "1965681";</w:t>
        <w:br/>
        <w:t xml:space="preserve">    String rank = "1";</w:t>
        <w:br/>
        <w:t xml:space="preserve">    String isClear = "N";</w:t>
        <w:br/>
        <w:t xml:space="preserve">    String code = "会员码123";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requestMap.put("rank",rank);</w:t>
        <w:br/>
        <w:t xml:space="preserve">    requestMap.put("isClear",isClear);</w:t>
        <w:br/>
        <w:t xml:space="preserve">    requestMap.put("code",code);</w:t>
        <w:br/>
        <w:t xml:space="preserve">    requestMap.put("sign",LiveSignUtil.getSign(requestMap, appSecret));</w:t>
        <w:br/>
        <w:t xml:space="preserve">    String response = HttpUtil.postFormBody(url,requestMap);</w:t>
        <w:br/>
        <w:t xml:space="preserve">    log.info("测试删除频道白名单：{}",response);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删除频道白名单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