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自定义授权</w:t>
      </w:r>
    </w:p>
    <w:p>
      <w:pPr>
        <w:pStyle w:val="Heading1"/>
      </w:pPr>
      <w:r>
        <w:t>功能路径</w:t>
      </w:r>
    </w:p>
    <w:p>
      <w:r>
        <w:rPr>
          <w:rFonts w:ascii="Menlo" w:hAnsi="Menlo"/>
          <w:color w:val="444444"/>
          <w:sz w:val="20"/>
        </w:rPr>
        <w:t>我的直播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--&gt; </w:t>
      </w:r>
      <w:r>
        <w:rPr>
          <w:rFonts w:ascii="Menlo" w:hAnsi="Menlo"/>
          <w:color w:val="444444"/>
          <w:sz w:val="20"/>
        </w:rPr>
        <w:t>频道设置</w:t>
      </w:r>
      <w:r>
        <w:rPr>
          <w:rFonts w:ascii="Source Han Sans SC" w:hAnsi="Source Han Sans SC" w:eastAsia="Source Han Sans SC" w:cs="Source Han Sans SC" w:hint="eastAsia"/>
          <w:sz w:val="21"/>
        </w:rPr>
        <w:t>--&gt;</w:t>
      </w:r>
      <w:r>
        <w:rPr>
          <w:rFonts w:ascii="Menlo" w:hAnsi="Menlo"/>
          <w:color w:val="444444"/>
          <w:sz w:val="20"/>
        </w:rPr>
        <w:t>观看条件设置</w:t>
      </w:r>
      <w:r>
        <w:rPr>
          <w:rFonts w:ascii="Source Han Sans SC" w:hAnsi="Source Han Sans SC" w:eastAsia="Source Han Sans SC" w:cs="Source Han Sans SC" w:hint="eastAsia"/>
          <w:sz w:val="21"/>
        </w:rPr>
        <w:t>--&gt;</w:t>
      </w:r>
      <w:r>
        <w:rPr>
          <w:rFonts w:ascii="Menlo" w:hAnsi="Menlo"/>
          <w:color w:val="444444"/>
          <w:sz w:val="20"/>
        </w:rPr>
        <w:t>自定义授权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直播观看页时，直播系统会调用客户系统的验证接口，客户自定义验证逻辑，验证通过后才能打开保利威视直播观看页，并且接口返回的观众账号具有唯一性，即同一个账号不能在两个地方同时登录，较早登录的账号会被踢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76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3447674a1273d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76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1、Secretkey：用于校验签名的生成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2、自定义URL: 用于自定义授权验证的API接口</w:t>
      </w:r>
    </w:p>
    <w:p>
      <w:pPr>
        <w:pStyle w:val="Heading1"/>
      </w:pPr>
      <w:r>
        <w:t>自定义授权流程详解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1、在自定义URL处填写用户的授权验证API接口，需要完整的不带参数的url地址（不能是localhost等本地服务器地址，且不能带 ?号），如：http://myWebsite.com/auth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2、直播系统会将id（直播的频道）、ts（当前时间的毫秒级时间戳）、sign（用于校验的签名）、url（回调的url地址）等参数提交给用户自定义的API接口，用户需要对字符串secretkey + id + secretkey + ts进行MD5加密后与sign参数的值做比较判断是否合法。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通过校验和自定义验证逻辑后，客户系统将userid（学员唯一标识，仅支持英文大小写、数字和下划线）、nickname（昵称）、avatar（头像）、actor（用户头衔名称，非必须）、actorFColor（用户头衔字体颜色，非必须，请使用CSS Hex值带#号）、actorBgColor（用户头衔背景颜色，非必须，请使用CSS Hex值带#号）、vid（回放的视频id）、ts（当前时间的毫秒级时间戳）、sign（校验签名）等参数提交到回调的url接口。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4、直播系统会对签名做校验后判断是否允许学员观看.校验通过后将进入直播观看页，聊天区域将显示观众的昵称和头像。一次成功请求后，该链接将失效。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流程图如下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19177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a2c79bea12c86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1917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提交的参数描述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直播的频道号 ，如: 10000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当前时间的毫秒数长整型。如: 1466648001977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用于校验的签名，生成的规则：对字符串secretkey + id + secretkey + ts 进行MD5加密生成的字符串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用于回调url地址，用户在通过校验并处理后会跳到这个url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回放视频id,非必须字段,如通过回放地址链接登入观看页,则会将该参数提交给用户自定义地址。如：e07738ddd6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直播系统会将上面的参数提交给用户自定义的api接口,用户需要对字符串secretkey + id +secretkey + ts进行MD5加密后与sign参数的值做比较判断是否合法。</w:t>
      </w:r>
    </w:p>
    <w:p>
      <w:pPr>
        <w:pStyle w:val="Heading1"/>
      </w:pPr>
      <w:r>
        <w:t>回调的url的参数描述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用户id，重复id时先登录的观众会被踢出直播间【仅支持英文大小写、数字和下划线，长度最大64位字符，超出64位的部分将被截取不做记录】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用户的昵称进行base64加密的字符串后再进行urlencode，注：昵称编码前不能包含&amp;、&lt;、"、'等字符，不得含有xss脚本，否则会被转义处理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自定义跑马灯字段进行base64加密的字符串后再进行urlencode，该字段会通过【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URL自定义跑马灯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】中code参数回调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用户的头像,完整的图片地址字符串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用户头衔名称,非必须字段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actorFColor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用户头衔自定义字体颜色,非必须字段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actorBgColor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用户头衔自定义背景色,非必须字段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回放视频id,非必须字段。 如：e07738ddd6。该值可使用接口【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】返回的videoId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当前的系统时间的毫秒数,长整型。如: 1466648001977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于校验的签名,生成的规则:对字符串secretkey + id + secretkey + ts +secretkey + userid进行MD5加密生成的字符串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通过第一步的校验后用户接口需要将上面相关的参数提交到回调的url接口，直播系统会对签名做校验后判断是否允许用户观看. 一次成功请求后,该链接将失效。</w:t>
      </w:r>
    </w:p>
    <w:p>
      <w:pPr>
        <w:pStyle w:val="Heading1"/>
      </w:pPr>
      <w:r>
        <w:t>代码示例（Java）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注：LiveSignUtil属于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直播SDK</w:t>
      </w:r>
      <w:r>
        <w:rPr>
          <w:rFonts w:ascii="Source Han Sans SC" w:hAnsi="Source Han Sans SC" w:eastAsia="Source Han Sans SC" w:cs="Source Han Sans SC" w:hint="eastAsia"/>
          <w:sz w:val="21"/>
        </w:rPr>
        <w:t>，如不使用直播SDK可使用以下第二点中的“MD5签名方法”。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@Slf4j</w:t>
        <w:br/>
        <w:t>@Controller</w:t>
        <w:br/>
        <w:t>@RequestMapping(value = "/polyv")</w:t>
        <w:br/>
        <w:t>public class PolyvController {</w:t>
        <w:br/>
        <w:br/>
        <w:t xml:space="preserve">    private static final String SECRET = "******";</w:t>
        <w:br/>
        <w:br/>
        <w:t xml:space="preserve">    @GetMapping("custom")</w:t>
        <w:br/>
        <w:t xml:space="preserve">    public String custom(String id, Long ts, String sign, String url) throws UnsupportedEncodingException {</w:t>
        <w:br/>
        <w:t xml:space="preserve">        Assert.assertNotBlack(id);</w:t>
        <w:br/>
        <w:t xml:space="preserve">        Assert.assertNotNull(ts);</w:t>
        <w:br/>
        <w:t xml:space="preserve">        Assert.assertNotBlack(sign);</w:t>
        <w:br/>
        <w:t xml:space="preserve">        Assert.assertNotBlack(url);</w:t>
        <w:br/>
        <w:t xml:space="preserve">        long timeMillis = System.currentTimeMillis();</w:t>
        <w:br/>
        <w:t xml:space="preserve">        long diffTime = Math.abs(timeMillis - ts);</w:t>
        <w:br/>
        <w:t xml:space="preserve">        //1、时间戳判断</w:t>
        <w:br/>
        <w:t xml:space="preserve">        if (diffTime &gt; 5 * 60 * 1000) {</w:t>
        <w:br/>
        <w:t xml:space="preserve">            log.error("时间戳验证错误");</w:t>
        <w:br/>
        <w:t xml:space="preserve">            return "";</w:t>
        <w:br/>
        <w:t xml:space="preserve">        }</w:t>
        <w:br/>
        <w:t xml:space="preserve">        String signText = SECRET + id + SECRET + ts;</w:t>
        <w:br/>
        <w:t xml:space="preserve">        try {</w:t>
        <w:br/>
        <w:t xml:space="preserve">            signText = LiveSignUtil.md5Hex(signText);</w:t>
        <w:br/>
        <w:t xml:space="preserve">        } catch (NoSuchAlgorithmException e) {</w:t>
        <w:br/>
        <w:t xml:space="preserve">            e.printStackTrace();</w:t>
        <w:br/>
        <w:t xml:space="preserve">        } catch (UnsupportedEncodingException e) {</w:t>
        <w:br/>
        <w:t xml:space="preserve">            e.printStackTrace();</w:t>
        <w:br/>
        <w:t xml:space="preserve">        }</w:t>
        <w:br/>
        <w:t xml:space="preserve">        if (signText == null || !signText.equals(sign)) {</w:t>
        <w:br/>
        <w:t xml:space="preserve">            return "";</w:t>
        <w:br/>
        <w:t xml:space="preserve">        }</w:t>
        <w:br/>
        <w:t xml:space="preserve">        String viewerId = "sadboy";</w:t>
        <w:br/>
        <w:t xml:space="preserve">        String nickname = URLEncoder.encode(new BASE64Encoder().encode("保利威".getBytes(StandardCharsets.UTF_8)), "GBK");</w:t>
        <w:br/>
        <w:t xml:space="preserve">        String marqueeName = URLEncoder.encode(new BASE64Encoder().encode("跑马灯".getBytes(StandardCharsets.UTF_8)),</w:t>
        <w:br/>
        <w:t xml:space="preserve">                "GBK");</w:t>
        <w:br/>
        <w:t xml:space="preserve">        String avatar = "http://live.polyv.net/assets/images/avatars/9avatar.jpg"; //学员的头像</w:t>
        <w:br/>
        <w:t xml:space="preserve">        String mySign = SECRET + id + SECRET + timeMillis + SECRET + viewerId;</w:t>
        <w:br/>
        <w:t xml:space="preserve">        try {</w:t>
        <w:br/>
        <w:t xml:space="preserve">            mySign = LiveSignUtil.md5Hex(mySign);</w:t>
        <w:br/>
        <w:t xml:space="preserve">        } catch (NoSuchAlgorithmException e) {</w:t>
        <w:br/>
        <w:t xml:space="preserve">            log.error("签名异常", e);</w:t>
        <w:br/>
        <w:t xml:space="preserve">        }</w:t>
        <w:br/>
        <w:t xml:space="preserve">        url += "?userid=" + viewerId + "&amp;nickname=" + nickname + "&amp;marqueeName=" + marqueeName + "&amp;avatar=" + avatar +</w:t>
        <w:br/>
        <w:t xml:space="preserve">                "&amp;ts=" + timeMillis + "&amp;sign=" + mySign;</w:t>
        <w:br/>
        <w:t xml:space="preserve">        return "redirect:" + url;</w:t>
        <w:br/>
        <w:t xml:space="preserve">    }</w:t>
        <w:br/>
        <w:br/>
        <w:t>}</w:t>
      </w:r>
    </w:p>
    <w:p>
      <w:pPr>
        <w:pStyle w:val="Heading1"/>
      </w:pPr>
      <w:r>
        <w:t>代码示例（PHP）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$secretkey = "jlw42byyJ6"; //后台secretKey，在自定义授权地址设置页面</w:t>
        <w:br/>
        <w:t>$id        = $_GET["id"]; //直播的频道id</w:t>
        <w:br/>
        <w:t>$ts        = $_GET["ts"]; //当前时间</w:t>
        <w:br/>
        <w:t>$sign      = $_GET["sign"]; //用于检验的签名</w:t>
        <w:br/>
        <w:t>$url       = $_GET["url"]; //回调的url</w:t>
        <w:br/>
        <w:t>$md5       = md5($secretkey . $id . $secretkey . $ts); //若md5字符串与sign不符合，则不做任何处理</w:t>
        <w:br/>
        <w:t>if (!($sign == $md5)) {</w:t>
        <w:br/>
        <w:t xml:space="preserve">    return;</w:t>
        <w:br/>
        <w:t>}</w:t>
        <w:br/>
        <w:t>$userid       = "eciyhturt8"; //学员唯一标识</w:t>
        <w:br/>
        <w:t>$nickname     = urlencode(base64_encode("保利威")); //学员的昵称</w:t>
        <w:br/>
        <w:t>$marqueeName     = urlencode(base64_encode("polyv")); //自定义跑马灯内容</w:t>
        <w:br/>
        <w:t>$avatar       = "http://live.polyv.net/assets/images/avatars/9avatar.jpg"; //学员的头像</w:t>
        <w:br/>
        <w:t>$callbackTs   = time() * 1000; //当前的系统时间</w:t>
        <w:br/>
        <w:t>$callbackSign = md5($secretkey . $id . $secretkey . $callbackTs . $secretkey . $userid); //用于检验的签名</w:t>
        <w:br/>
        <w:t>$callbackUrl  = $url . "?userid=" . $userid . "&amp;nickname=" . $nickname . "&amp;marqueeName=" . $marqueeName. "&amp;avatar=" . $avatar . "&amp;ts=" . $callbackTs . "&amp;sign=" . $callbackSign; //新的直播页面url</w:t>
        <w:br/>
        <w:t>//打开新的直播页面url</w:t>
        <w:br/>
        <w:t>echo "&lt;script language='javascript' type='text/javascript'&gt;location.href='" . $callbackUrl . "'&lt;/script&gt;"</w:t>
        <w:br/>
        <w:t>?&gt;</w:t>
        <w:br/>
      </w:r>
    </w:p>
    <w:p>
      <w:pPr>
        <w:pStyle w:val="Heading1"/>
      </w:pPr>
      <w:r>
        <w:t>展示效果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http://live.polyv.cn/watch/104400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1、要保证自定义验证接口返回的userid的唯一性，当多个观众使用同一个userid进入观看页时，较早登录的观众会被后面登录的观众踢出，观看页会提示 "帐号在另外的地方登录,您将被退出观看。如下图：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739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0f594f7b4ed20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73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2、学员的昵称进行base64加密后再进行urlencode加密，否则可能会造成观看页昵称显示乱码现象。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3、学员的昵称不能为空，否则保利威系统会取默认昵称 xxx观众/数字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自定义授权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