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上传频道所有装修图片素材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1、接口用于上传图片素材，同时获取图片地址</w:t>
        <w:br/>
        <w:t>2、（type, timestamp, appId）参与sign签名，并和sign一起通过post表单传递，文件通过二进制流提交到服务器端。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http://api.polyv.net/live/v3/common/upload-image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图片文件，支持同时上传不超过6个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上传图片类型【详见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Type参数描述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频道图标，建议140 x 140 大小的图标，支持jpg、jpeg、png格式，文件大小不超过 2M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直播引导图，建议 750 x 1334 大小的图片，支持jpg、jpeg、png格式，大小不超过 2M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播放器logo，建议不大于 140 x 50 大小的图片，支持jpg、jpeg、png格式，文件大小不超过 2M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adminAvatar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聊天室管理员头像，建议 140 x 140 大小的图标，文件大小不超过2M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assistantAvatar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助教头像，建议 140 x 140 大小的图标，文件大小不超过2M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授权观看二维码图片， 最大不超过 200K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暖场图片，建议1280 x 720，图片大小不超过 2M，支持 jpg、jpeg、png、gif 格式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广告栏图片，建议750 x 120，支持png、jpg等文件格式，最大不超过2 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startAdImage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片头广告图片，建议 1280 x 720 大小的图片 ，文件大小不超过 4 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暂停广告图片，建议 1280 x 720 大小的图片 ，文件大小不超过 4 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打赏图标，建议 180 x 180 大小的图标，文件大小不超过 300 k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invitationImage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邀请卡图片，建议 750 x 1334 大小的图片，支持jpg、jpeg、png格式，大小不超过 4 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频道菜单图片，最大不能超过为 2M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http://api.polyv.net/live/v3/common/upload-image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appId=frlr1zazn3&amp;sign=43029B62D712F53C0383F0F16E7C0848&amp;type=logoImage&amp;timestamp=1621842926851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请求成功时，返回值是图片url列表，请求失败时，返回值是空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LoggerFactory.getLogger(WebSettingTest.class);</w:t>
        <w:br/>
        <w:t>/**</w:t>
        <w:br/>
        <w:t xml:space="preserve"> * 上传频道所有装修图片素材</w:t>
        <w:br/>
        <w:t xml:space="preserve"> * @throws IOException</w:t>
        <w:br/>
        <w:t xml:space="preserve"> */</w:t>
        <w:br/>
        <w:t>@Test</w:t>
        <w:br/>
        <w:t>public void testUploadImage()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"http://api.polyv.net/live/v3/common/upload-image";</w:t>
        <w:br/>
        <w:t xml:space="preserve">    String type = "logoImage";</w:t>
        <w:br/>
        <w:t xml:space="preserve">    List&lt;File&gt; fileList = new ArrayList&lt;&gt;();</w:t>
        <w:br/>
        <w:t xml:space="preserve">    String path1 = getClass().getResource("/file/").getPath() + "dog.jpeg";</w:t>
        <w:br/>
        <w:t xml:space="preserve">    String path2 = getClass().getResource("/file/").getPath() + "222.jpeg";</w:t>
        <w:br/>
        <w:t xml:space="preserve">    File file = new File(path1);</w:t>
        <w:br/>
        <w:t xml:space="preserve">    File file2 = new File(path2);</w:t>
        <w:br/>
        <w:t xml:space="preserve">    fileList.add(file);</w:t>
        <w:br/>
        <w:t xml:space="preserve">    fileList.add(file2);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Map&lt;String, List&lt;File&gt;&gt; fileListMap = new HashMap&lt;&gt;();</w:t>
        <w:br/>
        <w:t xml:space="preserve">    fileListMap.put("file",fileList);</w:t>
        <w:br/>
        <w:t xml:space="preserve">    requestMap.put("type",type);</w:t>
        <w:br/>
        <w:t xml:space="preserve">    requestMap.put("sign",LiveSignUtil.getSign(requestMap, appSecret));</w:t>
        <w:br/>
        <w:t xml:space="preserve">    String response = HttpUtil.postMultipleFile(url,requestMap,fileListMap,"utf-8");</w:t>
        <w:br/>
        <w:t xml:space="preserve">    log.info("测试上传频道所有装修图片素材：{}",response);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"//liveimages.videocc.net/uploaded/images/2021/03/fwni4qhpdz.jpeg",</w:t>
        <w:br/>
        <w:t xml:space="preserve">        "//liveimages.videocc.net/uploaded/images/2021/03/fwni4qjq5y.jpeg"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上传频道所有装修图片素材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