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设置礼物打赏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1、设置礼物打赏-现金支付礼物（旧版后台为：道具打赏）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http://api.polyv.net/live/v3/channel/donate/update-good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2、仅支持设置礼物打赏-现金支付礼物，传入频道号为设置频道的道具打赏，不带频道号修改通用设置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频道号，不传为修改通用设置（旧版后台通用设置）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打赏礼物对象数组，对象数量必须大于0小于10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goods字段说明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打赏开关，不传默认开启Y：开启N：关闭</w:t>
            </w:r>
          </w:p>
        </w:tc>
      </w:tr>
    </w:tbl>
    <w:p>
      <w:pPr>
        <w:spacing w:after="40"/>
      </w:pPr>
    </w:p>
    <w:p>
      <w:pPr>
        <w:pStyle w:val="Heading3"/>
      </w:pPr>
      <w:r>
        <w:t>goods字段说明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礼物名称，不能超过5个字符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礼物图片，不能超过120个字符（图片地址可以使用下面json字符串中的默认地址，或者通过上传图片接口上传获取图片地址）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礼物打赏价格，单位元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http://api.polyv.net/live/v3/channel/donate/update-good?appId=frlr1zazn3&amp;sign=3ADDD49DB62A77BFDC0CA62585A24011&amp;channelId=2149710&amp;timestamp=1621844081667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"enabled": "Y",</w:t>
        <w:br/>
        <w:tab/>
        <w:t>"goods": [{</w:t>
        <w:br/>
        <w:tab/>
        <w:tab/>
        <w:t>"goodName": "鲜花333",</w:t>
        <w:br/>
        <w:tab/>
        <w:tab/>
        <w:t>"goodImg": "//livestatic.videocc.net/uploaded/images/webapp/channel/donate/01-flower.png",</w:t>
        <w:br/>
        <w:tab/>
        <w:tab/>
        <w:t>"goodPrice": 0,</w:t>
        <w:br/>
        <w:tab/>
        <w:tab/>
        <w:t>"goodEnabled": "Y"</w:t>
        <w:br/>
        <w:tab/>
        <w:t>}, {</w:t>
        <w:br/>
        <w:tab/>
        <w:tab/>
        <w:t>"goodName": "咖啡",</w:t>
        <w:br/>
        <w:tab/>
        <w:tab/>
        <w:t>"goodImg": "//livestatic.videocc.net/uploaded/images/webapp/channel/donate/02-coffee.png",</w:t>
        <w:br/>
        <w:tab/>
        <w:tab/>
        <w:t>"goodPrice": 0.99,</w:t>
        <w:br/>
        <w:tab/>
        <w:tab/>
        <w:t>"goodEnabled": "Y"</w:t>
        <w:br/>
        <w:tab/>
        <w:t>}, {</w:t>
        <w:br/>
        <w:tab/>
        <w:tab/>
        <w:t>"goodName": "点赞",</w:t>
        <w:br/>
        <w:tab/>
        <w:tab/>
        <w:t>"goodImg": "//livestatic.videocc.net/uploaded/images/webapp/channel/donate/03-good.png",</w:t>
        <w:br/>
        <w:tab/>
        <w:tab/>
        <w:t>"goodPrice": 1.99,</w:t>
        <w:br/>
        <w:tab/>
        <w:tab/>
        <w:t>"goodEnabled": "Y"</w:t>
        <w:br/>
        <w:tab/>
        <w:t>}, {</w:t>
        <w:br/>
        <w:tab/>
        <w:tab/>
        <w:t>"goodName": "掌声",</w:t>
        <w:br/>
        <w:tab/>
        <w:tab/>
        <w:t>"goodImg": "//livestatic.videocc.net/uploaded/images/webapp/channel/donate/04-applaud.png",</w:t>
        <w:br/>
        <w:tab/>
        <w:tab/>
        <w:t>"goodPrice": 2.99,</w:t>
        <w:br/>
        <w:tab/>
        <w:tab/>
        <w:t>"goodEnabled": "Y"</w:t>
        <w:br/>
        <w:tab/>
        <w:t>}, {</w:t>
        <w:br/>
        <w:tab/>
        <w:tab/>
        <w:t>"goodName": "666",</w:t>
        <w:br/>
        <w:tab/>
        <w:tab/>
        <w:t>"goodImg": "//livestatic.videocc.net/uploaded/images/webapp/channel/donate/05-666.png",</w:t>
        <w:br/>
        <w:tab/>
        <w:tab/>
        <w:t>"goodPrice": 6.66,</w:t>
        <w:br/>
        <w:tab/>
        <w:tab/>
        <w:t>"goodEnabled": "Y"</w:t>
        <w:br/>
        <w:tab/>
        <w:t>}, {</w:t>
        <w:br/>
        <w:tab/>
        <w:tab/>
        <w:t>"goodName": "小星星",</w:t>
        <w:br/>
        <w:tab/>
        <w:tab/>
        <w:t>"goodImg": "//livestatic.videocc.net/uploaded/images/webapp/channel/donate/06-star.png",</w:t>
        <w:br/>
        <w:tab/>
        <w:tab/>
        <w:t>"goodPrice": 9.99,</w:t>
        <w:br/>
        <w:tab/>
        <w:tab/>
        <w:t>"goodEnabled": "Y"</w:t>
        <w:br/>
        <w:tab/>
        <w:t>}, {</w:t>
        <w:br/>
        <w:tab/>
        <w:tab/>
        <w:t>"goodName": "钻石",</w:t>
        <w:br/>
        <w:tab/>
        <w:tab/>
        <w:t>"goodImg": "//livestatic.videocc.net/uploaded/images/webapp/channel/donate/07-diamond.png",</w:t>
        <w:br/>
        <w:tab/>
        <w:tab/>
        <w:t>"goodPrice": 19.99,</w:t>
        <w:br/>
        <w:tab/>
        <w:tab/>
        <w:t>"goodEnabled": "Y"</w:t>
        <w:br/>
        <w:tab/>
        <w:t>}, {</w:t>
        <w:br/>
        <w:tab/>
        <w:tab/>
        <w:t>"goodName": "跑车",</w:t>
        <w:br/>
        <w:tab/>
        <w:tab/>
        <w:t>"goodImg": "//livestatic.videocc.net/uploaded/images/webapp/channel/donate/08-car.png",</w:t>
        <w:br/>
        <w:tab/>
        <w:tab/>
        <w:t>"goodPrice": 29.99,</w:t>
        <w:br/>
        <w:tab/>
        <w:tab/>
        <w:t>"goodEnabled": "Y"</w:t>
        <w:br/>
        <w:tab/>
        <w:t>}, {</w:t>
        <w:br/>
        <w:tab/>
        <w:tab/>
        <w:t>"goodName": "火箭233",</w:t>
        <w:br/>
        <w:tab/>
        <w:tab/>
        <w:t>"goodImg": "//livestatic.videocc.net/uploaded/images/webapp/channel/donate/09-rocket.png",</w:t>
        <w:br/>
        <w:tab/>
        <w:tab/>
        <w:t>"goodPrice": 66.66,</w:t>
        <w:br/>
        <w:tab/>
        <w:tab/>
        <w:t>"goodEnabled": "Y"</w:t>
        <w:br/>
        <w:tab/>
        <w:t>}]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LoggerFactory.getLogger(PageInteractionTest.class);</w:t>
        <w:br/>
        <w:t>/**</w:t>
        <w:br/>
        <w:t xml:space="preserve"> * 设置道具打赏</w:t>
        <w:br/>
        <w:t xml:space="preserve"> * @throws IOException</w:t>
        <w:br/>
        <w:t xml:space="preserve"> */</w:t>
        <w:br/>
        <w:t>@Test</w:t>
        <w:br/>
        <w:t>public void testUpdateGood()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"2149710";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url = "http://api.polyv.net/live/v3/channel/donate/update-good";</w:t>
        <w:br/>
        <w:t xml:space="preserve">    //拼接url</w:t>
        <w:br/>
        <w:t xml:space="preserve">    url = HttpUtil.appendUrl(url, requestMap);</w:t>
        <w:br/>
        <w:t xml:space="preserve">    String body = "{\"enabled\": \"Y\",\"goods\":[{\"goodName\":\"鲜花333\",\"goodImg\":\"//livestatic.videocc.net/uploaded/images/webapp/channel/donate/01-flower.png\",\"goodPrice\":0,\"goodEnabled\":\"Y\"},{\"goodName\":\"咖啡\",\"goodImg\":\"//livestatic.videocc.net/uploaded/images/webapp/channel/donate/02-coffee.png\",\"goodPrice\":0.99,\"goodEnabled\":\"Y\"},{\"goodName\":\"点赞\",\"goodImg\":\"//livestatic.videocc.net/uploaded/images/webapp/channel/donate/03-good.png\",\"goodPrice\":1.99,\"goodEnabled\":\"Y\"},{\"goodName\":\"掌声\",\"goodImg\":\"//livestatic.videocc.net/uploaded/images/webapp/channel/donate/04-applaud.png\",\"goodPrice\":2.99,\"goodEnabled\":\"Y\"},{\"goodName\":\"666\",\"goodImg\":\"//livestatic.videocc.net/uploaded/images/webapp/channel/donate/05-666.png\",\"goodPrice\":6.66,\"goodEnabled\":\"Y\"},{\"goodName\":\"小星星\",\"goodImg\":\"//livestatic.videocc.net/uploaded/images/webapp/channel/donate/06-star.png\",\"goodPrice\":9.99,\"goodEnabled\":\"Y\"},{\"goodName\":\"钻石\",\"goodImg\":\"//livestatic.videocc.net/uploaded/images/webapp/channel/donate/07-diamond.png\",\"goodPrice\":19.99,\"goodEnabled\":\"Y\"},{\"goodName\":\"跑车\",\"goodImg\":\"//livestatic.videocc.net/uploaded/images/webapp/channel/donate/08-car.png\",\"goodPrice\":29.99,\"goodEnabled\":\"Y\"},{\"goodName\":\"火箭233\",\"goodImg\":\"//livestatic.videocc.net/uploaded/images/webapp/channel/donate/09-rocket.png\",\"goodPrice\":66.66,\"goodEnabled\":\"Y\"}]}";</w:t>
        <w:br/>
        <w:t xml:space="preserve">    String response = HttpUtil.postJsonBody(url,body,null);</w:t>
        <w:br/>
        <w:t xml:space="preserve">    log.info("测试设置道具打赏接口返回值：{}",response);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设置礼物打赏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