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设置现金打赏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1、设置频道或者全局现金打赏（带上频道号为设置频道现金打赏，不带频道号默认为全局现金打赏设置）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http://api.polyv.net/live/v3/channel/donate/update-cash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频道号，不传为全局设置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现金打赏数额数组，数组的长度必须为6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cashMin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现金打赏自定义最小金额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现金打赏开关，不传默认开启N：关闭Y：开启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http://api.polyv.net/live/v3/channel/donate/update-cash?appId=frlr1zazn3&amp;sign=7E9C8EF6BB4919EBC717AAF65EFB8B19&amp;channelId=2149710&amp;timestamp=1621844038326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"cashes": [0.88, 6.66, 8.88, 18.11, 66.60, 88.80],</w:t>
        <w:br/>
        <w:tab/>
        <w:t>"cashMin": 0.02,</w:t>
        <w:br/>
        <w:tab/>
        <w:t>"enabled":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LoggerFactory.getLogger(PageInteractionTest.class);</w:t>
        <w:br/>
        <w:br/>
        <w:t>/**</w:t>
        <w:br/>
        <w:t>* 设置现金打赏</w:t>
        <w:br/>
        <w:t>* @throws IOException</w:t>
        <w:br/>
        <w:t>*/</w:t>
        <w:br/>
        <w:t>@Test</w:t>
        <w:br/>
        <w:t>public void testUpdateCash() throws IOException, NoSuchAlgorithmException {</w:t>
        <w:br/>
        <w:t xml:space="preserve">   //公共参数,填写自己的实际参数</w:t>
        <w:br/>
        <w:t xml:space="preserve">   String appId=super.appId;</w:t>
        <w:br/>
        <w:t xml:space="preserve">   String appSecret=super.appSecret;</w:t>
        <w:br/>
        <w:t xml:space="preserve">   String userId = super.userId;</w:t>
        <w:br/>
        <w:t xml:space="preserve">   String timestamp=String.valueOf(System.currentTimeMillis());</w:t>
        <w:br/>
        <w:t xml:space="preserve">   //业务参数</w:t>
        <w:br/>
        <w:t xml:space="preserve">   String url = "http://api.polyv.net/live/v3/channel/donate/update-cash";</w:t>
        <w:br/>
        <w:t xml:space="preserve">   String channelId = "2149710";</w:t>
        <w:br/>
        <w:br/>
        <w:t xml:space="preserve">   //http 调用逻辑</w:t>
        <w:br/>
        <w:t xml:space="preserve">   Map&lt;String,String&gt; requestMap = new HashMap&lt;&gt;();</w:t>
        <w:br/>
        <w:t xml:space="preserve">   requestMap.put("appId", appId);</w:t>
        <w:br/>
        <w:t xml:space="preserve">   requestMap.put("timestamp",timestamp);</w:t>
        <w:br/>
        <w:br/>
        <w:t xml:space="preserve">   requestMap.put("channelId",channelId);</w:t>
        <w:br/>
        <w:br/>
        <w:t xml:space="preserve">   requestMap.put("sign",LiveSignUtil.getSign(requestMap, appSecret));</w:t>
        <w:br/>
        <w:t xml:space="preserve">   String body = "{\"cashes\":[0.88,6.66,8.88,18.11,66.60,88.80],\"cashMin\":0.02,\"enabled\":\"Y\"}";</w:t>
        <w:br/>
        <w:t xml:space="preserve">   url = HttpUtil.appendUrl(url, requestMap);</w:t>
        <w:br/>
        <w:t xml:space="preserve">   String response = HttpUtil.postJsonBody(url, body, null);</w:t>
        <w:br/>
        <w:t xml:space="preserve">   log.info("测试设置现金打赏接口返回值：{}",response);</w:t>
        <w:br/>
        <w:t xml:space="preserve">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设置现金打赏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