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查询频道打赏设置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1、获取全局或当前生效的打赏设置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http://api.polyv.net/live/v3/channel/donate/get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频道号，不传为获取全局设置，否则为当前生效设置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http://api.polyv.net/live/v3/channel/donate/get?appId=frlr1zazn3&amp;sign=C2C75D35056DFC64E6678D705FFB1857&amp;channelId=2149710&amp;timestamp=1621844001298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打赏设置的详细信息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是否应用全局设置，获取全局设置时，该值为nullY：应用全局设置N：应用频道设置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donateCashEnabled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现金打赏开关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donateGoodEnabled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道具打赏开关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cashMin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最低打赏金额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打赏金额选项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打赏道具选项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goods字段说明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donatePointEnabled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积分打赏开关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积分打赏单位</w:t>
            </w:r>
          </w:p>
        </w:tc>
      </w:tr>
    </w:tbl>
    <w:p>
      <w:pPr>
        <w:spacing w:after="40"/>
      </w:pPr>
    </w:p>
    <w:p>
      <w:pPr>
        <w:pStyle w:val="Heading3"/>
      </w:pPr>
      <w:r>
        <w:t>goods字段说明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道具选项名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道具选项对应的图片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道具选项对应的价格，单位元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是否启用该道具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LoggerFactory.getLogger(PageInteractionTest.class);</w:t>
        <w:br/>
        <w:t>/**</w:t>
        <w:br/>
        <w:t xml:space="preserve"> * 查询频道打赏设置</w:t>
        <w:br/>
        <w:t xml:space="preserve"> * @throws IOException</w:t>
        <w:br/>
        <w:t xml:space="preserve"> */</w:t>
        <w:br/>
        <w:t>@Test</w:t>
        <w:br/>
        <w:t>public void testDonateGet()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"http://api.polyv.net/live/v3/channel/donate/get";</w:t>
        <w:br/>
        <w:t xml:space="preserve">    String channelId = "2149710";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br/>
        <w:t xml:space="preserve">    requestMap.put("sign",LiveSignUtil.getSign(requestMap, appSecret));</w:t>
        <w:br/>
        <w:t xml:space="preserve">    String response = HttpUtil.get(url,requestMap);</w:t>
        <w:br/>
        <w:t xml:space="preserve">    log.info("测试查询频道打赏设置接口返回值：{}",response);</w:t>
        <w:br/>
        <w:t xml:space="preserve">    //do somethings</w:t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"globalSettingEnabled": "Y",</w:t>
        <w:br/>
        <w:tab/>
        <w:tab/>
        <w:t>"donateCashEnabled": "Y",</w:t>
        <w:br/>
        <w:tab/>
        <w:tab/>
        <w:t>"donateGoodEnabled": "Y",</w:t>
        <w:br/>
        <w:tab/>
        <w:tab/>
        <w:t>"donateTips": "打赏",</w:t>
        <w:br/>
        <w:tab/>
        <w:tab/>
        <w:t>"cashMin": 0.01,</w:t>
        <w:br/>
        <w:tab/>
        <w:tab/>
        <w:t>"donatePointEnabled": "N",</w:t>
        <w:br/>
        <w:tab/>
        <w:tab/>
        <w:t>"pointUnit": null,</w:t>
        <w:br/>
        <w:tab/>
        <w:tab/>
        <w:t>"cashes": [0.88, 6.66, 8.88, 18.88, 66.60, 88.80],</w:t>
        <w:br/>
        <w:tab/>
        <w:tab/>
        <w:t>"goods": [{</w:t>
        <w:br/>
        <w:tab/>
        <w:tab/>
        <w:tab/>
        <w:t>"goodName": "鲜花",</w:t>
        <w:br/>
        <w:tab/>
        <w:tab/>
        <w:tab/>
        <w:t>"goodImg": "//s1.videocc.net/default-img/donate/flower.png",</w:t>
        <w:br/>
        <w:tab/>
        <w:tab/>
        <w:tab/>
        <w:t>"goodPrice": 0.00,</w:t>
        <w:br/>
        <w:tab/>
        <w:tab/>
        <w:tab/>
        <w:t>"goodEnabled": "Y"</w:t>
        <w:br/>
        <w:tab/>
        <w:tab/>
        <w:t>}, {</w:t>
        <w:br/>
        <w:tab/>
        <w:tab/>
        <w:tab/>
        <w:t>"goodName": "咖啡",</w:t>
        <w:br/>
        <w:tab/>
        <w:tab/>
        <w:tab/>
        <w:t>"goodImg": "//s1.videocc.net/default-img/donate/coffee.png",</w:t>
        <w:br/>
        <w:tab/>
        <w:tab/>
        <w:tab/>
        <w:t>"goodPrice": 0.99,</w:t>
        <w:br/>
        <w:tab/>
        <w:tab/>
        <w:tab/>
        <w:t>"goodEnabled": "Y"</w:t>
        <w:br/>
        <w:tab/>
        <w:tab/>
        <w:t>}, {</w:t>
        <w:br/>
        <w:tab/>
        <w:tab/>
        <w:tab/>
        <w:t>"goodName": "点赞",</w:t>
        <w:br/>
        <w:tab/>
        <w:tab/>
        <w:tab/>
        <w:t>"goodImg": "//s1.videocc.net/default-img/donate/like.png",</w:t>
        <w:br/>
        <w:tab/>
        <w:tab/>
        <w:tab/>
        <w:t>"goodPrice": 1.99,</w:t>
        <w:br/>
        <w:tab/>
        <w:tab/>
        <w:tab/>
        <w:t>"goodEnabled": "Y"</w:t>
        <w:br/>
        <w:tab/>
        <w:tab/>
        <w:t>}, {</w:t>
        <w:br/>
        <w:tab/>
        <w:tab/>
        <w:tab/>
        <w:t>"goodName": "掌声",</w:t>
        <w:br/>
        <w:tab/>
        <w:tab/>
        <w:tab/>
        <w:t>"goodImg": "//s1.videocc.net/default-img/donate/handclap.png",</w:t>
        <w:br/>
        <w:tab/>
        <w:tab/>
        <w:tab/>
        <w:t>"goodPrice": 2.99,</w:t>
        <w:br/>
        <w:tab/>
        <w:tab/>
        <w:tab/>
        <w:t>"goodEnabled": "Y"</w:t>
        <w:br/>
        <w:tab/>
        <w:tab/>
        <w:t>}, {</w:t>
        <w:br/>
        <w:tab/>
        <w:tab/>
        <w:tab/>
        <w:t>"goodName": "666",</w:t>
        <w:br/>
        <w:tab/>
        <w:tab/>
        <w:tab/>
        <w:t>"goodImg": "//s1.videocc.net/default-img/donate/666.png",</w:t>
        <w:br/>
        <w:tab/>
        <w:tab/>
        <w:tab/>
        <w:t>"goodPrice": 6.66,</w:t>
        <w:br/>
        <w:tab/>
        <w:tab/>
        <w:tab/>
        <w:t>"goodEnabled": "Y"</w:t>
        <w:br/>
        <w:tab/>
        <w:tab/>
        <w:t>}, {</w:t>
        <w:br/>
        <w:tab/>
        <w:tab/>
        <w:tab/>
        <w:t>"goodName": "小星星",</w:t>
        <w:br/>
        <w:tab/>
        <w:tab/>
        <w:tab/>
        <w:t>"goodImg": "//s1.videocc.net/default-img/donate/star.png",</w:t>
        <w:br/>
        <w:tab/>
        <w:tab/>
        <w:tab/>
        <w:t>"goodPrice": 9.99,</w:t>
        <w:br/>
        <w:tab/>
        <w:tab/>
        <w:tab/>
        <w:t>"goodEnabled": "Y"</w:t>
        <w:br/>
        <w:tab/>
        <w:tab/>
        <w:t>}, {</w:t>
        <w:br/>
        <w:tab/>
        <w:tab/>
        <w:tab/>
        <w:t>"goodName": "钻石",</w:t>
        <w:br/>
        <w:tab/>
        <w:tab/>
        <w:tab/>
        <w:t>"goodImg": "//s1.videocc.net/default-img/donate/diamond.png",</w:t>
        <w:br/>
        <w:tab/>
        <w:tab/>
        <w:tab/>
        <w:t>"goodPrice": 19.99,</w:t>
        <w:br/>
        <w:tab/>
        <w:tab/>
        <w:tab/>
        <w:t>"goodEnabled": "Y"</w:t>
        <w:br/>
        <w:tab/>
        <w:tab/>
        <w:t>}, {</w:t>
        <w:br/>
        <w:tab/>
        <w:tab/>
        <w:tab/>
        <w:t>"goodName": "跑车",</w:t>
        <w:br/>
        <w:tab/>
        <w:tab/>
        <w:tab/>
        <w:t>"goodImg": "//s1.videocc.net/default-img/donate/car.png",</w:t>
        <w:br/>
        <w:tab/>
        <w:tab/>
        <w:tab/>
        <w:t>"goodPrice": 29.99,</w:t>
        <w:br/>
        <w:tab/>
        <w:tab/>
        <w:tab/>
        <w:t>"goodEnabled": "Y"</w:t>
        <w:br/>
        <w:tab/>
        <w:tab/>
        <w:t>}, {</w:t>
        <w:br/>
        <w:tab/>
        <w:tab/>
        <w:tab/>
        <w:t>"goodName": "火箭",</w:t>
        <w:br/>
        <w:tab/>
        <w:tab/>
        <w:tab/>
        <w:t>"goodImg": "//s1.videocc.net/default-img/donate/rocket.png",</w:t>
        <w:br/>
        <w:tab/>
        <w:tab/>
        <w:tab/>
        <w:t>"goodPrice": 66.66,</w:t>
        <w:br/>
        <w:tab/>
        <w:tab/>
        <w:tab/>
        <w:t>"goodEnabled": "Y"</w:t>
        <w:br/>
        <w:tab/>
        <w:tab/>
        <w:t>}]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查询频道打赏设置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