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修改页面菜单信息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1、修改页面菜单信息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menuId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菜单id（互动聊天或咨询提问的菜单id不允许设置）【该参数获取自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查询频道页面菜单信息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菜单的内容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菜单语言类型，默认为中文zh_CN：中文EN：英文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iframeOpenType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打开方式（currentPage 当前页  menuDisplay 菜单显示  newPage 新页面）(次参数针对菜单类型为外链推广时有效)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linkType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外链推广菜单链接类型（10:通用链接,11:多平台链接，默认10）(次参数针对菜单类型为外链推广时有效)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http://api.polyv.net/live/v3/channel/menu/update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appId=frlr1zazn3&amp;sign=AC442FBE7BC6939D3F0CD9C4322DBB68&amp;menuId=7694a2acd4&amp;channelId=2149813&amp;content=%E6%B7%BB%E5%8A%A0%E7%9A%84%E6%B5%8B%E8%AF%95%E5%86%85%E5%AE%B9aaa&amp;timestamp=1621842830447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成功时为success，错误时为空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LoggerFactory.getLogger(MenuTest.class);</w:t>
        <w:br/>
        <w:t>/**</w:t>
        <w:br/>
        <w:t xml:space="preserve"> * 依修改页面菜单信息</w:t>
        <w:br/>
        <w:t xml:space="preserve"> * @throws IOException</w:t>
        <w:br/>
        <w:t xml:space="preserve"> */</w:t>
        <w:br/>
        <w:t>@Test</w:t>
        <w:br/>
        <w:t>public void testUpdateChannelMenu()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"http://api.polyv.net/live/v3/channel/menu/update";</w:t>
        <w:br/>
        <w:t xml:space="preserve">    String channelId = "2149813";</w:t>
        <w:br/>
        <w:t xml:space="preserve">    String menuId = "7694a2acd4";</w:t>
        <w:br/>
        <w:t xml:space="preserve">    String content = "添加的测试内容aaa";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requestMap.put("channelId",channelId);</w:t>
        <w:br/>
        <w:t xml:space="preserve">    requestMap.put("menuId",menuId);</w:t>
        <w:br/>
        <w:t xml:space="preserve">    requestMap.put("content",content);</w:t>
        <w:br/>
        <w:br/>
        <w:t xml:space="preserve">    requestMap.put("sign",LiveSignUtil.getSign(requestMap, appSecret));</w:t>
        <w:br/>
        <w:t xml:space="preserve">    String response = HttpUtil.postFormBody(url, requestMap);</w:t>
        <w:br/>
        <w:t xml:space="preserve">    log.info("测试修改页面菜单信息接口返回值：{}",response);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"status": "success",</w:t>
        <w:br/>
        <w:t xml:space="preserve">  "message": "",</w:t>
        <w:br/>
        <w:t xml:space="preserve">  "data": "success"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修改页面菜单信息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