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查询频道图文直播内容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1、查询频道图文直播内容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http://api.polyv.net/live/v3/channel/watch/tuwen/list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图文内容的序列号：为空表示获取第一页数据，且同时会返回置顶数据。非空表示获取 id 比该值小的记录（也就是更早发布的内容），此时不返回置顶列表。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是否为图片模式，默认为NY：图片模式N：文字加图片的模式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https://api.polyv.net/live/v3/channel/watch/tuwen/list?appId=frlr1zazn3&amp;sign=9E82CCD014CBBBE72EC6306D05A331E3&amp;imageMode=N&amp;channelId=2149710&amp;timestamp=1621842666131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成功响应时为回放详情分页数据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总的返回结果条数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返回的图文列表内容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topContents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置顶的图文信息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topContents字段说明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图文直播相关设置信息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setting字段说明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图文内容序列号,可用于查询条件参数id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图片地址，格式：</w:t>
            </w:r>
            <w:r>
              <w:rPr>
                <w:rFonts w:ascii="Menlo" w:hAnsi="Menlo"/>
                <w:color w:val="444444"/>
                <w:sz w:val="17"/>
              </w:rPr>
              <w:t>["http://liveimages.net//chat.jpeg"，"http://liveimages.net//chat2.jpeg"]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是否置顶Y：是N：否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内容发送的时间，13位的时间戳</w:t>
            </w:r>
          </w:p>
        </w:tc>
      </w:tr>
    </w:tbl>
    <w:p>
      <w:pPr>
        <w:spacing w:after="40"/>
      </w:pPr>
    </w:p>
    <w:p>
      <w:pPr>
        <w:pStyle w:val="Heading3"/>
      </w:pPr>
      <w:r>
        <w:t>topContents字段说明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图文内容序列号，可用于查询条件参数id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图片地址，格式：</w:t>
            </w:r>
            <w:r>
              <w:rPr>
                <w:rFonts w:ascii="Menlo" w:hAnsi="Menlo"/>
                <w:color w:val="444444"/>
                <w:sz w:val="17"/>
              </w:rPr>
              <w:t>["http://liveimages.net//chat.jpeg"，"http://liveimages.net//chat2.jpeg"]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是否置顶Y：是N：否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内容发送的时间，13位的时间戳</w:t>
            </w:r>
          </w:p>
        </w:tc>
      </w:tr>
    </w:tbl>
    <w:p>
      <w:pPr>
        <w:spacing w:after="40"/>
      </w:pPr>
    </w:p>
    <w:p>
      <w:pPr>
        <w:pStyle w:val="Heading3"/>
      </w:pPr>
      <w:r>
        <w:t>setting字段说明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操作人的昵称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操作人的头衔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操作人的头像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LoggerFactory.getLogger(MenuTest.class);</w:t>
        <w:br/>
        <w:t>/**</w:t>
        <w:br/>
        <w:t xml:space="preserve"> * 查询频道图文直播内容</w:t>
        <w:br/>
        <w:t xml:space="preserve"> * @throws IOException</w:t>
        <w:br/>
        <w:t xml:space="preserve"> */</w:t>
        <w:br/>
        <w:t>@Test</w:t>
        <w:br/>
        <w:t>public void testTuwenList()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"https://api.polyv.net/live/v3/channel/watch/tuwen/list";</w:t>
        <w:br/>
        <w:t xml:space="preserve">    String channelId = "2149710";</w:t>
        <w:br/>
        <w:t xml:space="preserve">    String imageMode = "N";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requestMap.put("imageMode",imageMode);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log.info("测试查询频道图文直播内容接口返回值：{}",response);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"total": 4,</w:t>
        <w:br/>
        <w:tab/>
        <w:tab/>
        <w:t>"contents": [{</w:t>
        <w:br/>
        <w:tab/>
        <w:tab/>
        <w:tab/>
        <w:t>"id": 114225,</w:t>
        <w:br/>
        <w:tab/>
        <w:tab/>
        <w:tab/>
        <w:t>"channelId": 2149710,</w:t>
        <w:br/>
        <w:tab/>
        <w:tab/>
        <w:tab/>
        <w:t>"text": "&lt;p&gt;图片测试2&lt;/p&gt;",</w:t>
        <w:br/>
        <w:tab/>
        <w:tab/>
        <w:tab/>
        <w:t>"images": ["http://liveimages.videocc.net/uploadimage/20210309/chat_img_2149710_16152571693814.jpeg"],</w:t>
        <w:br/>
        <w:tab/>
        <w:tab/>
        <w:tab/>
        <w:t>"top": "N",</w:t>
        <w:br/>
        <w:tab/>
        <w:tab/>
        <w:tab/>
        <w:t>"createdTime": 1615257175000</w:t>
        <w:br/>
        <w:tab/>
        <w:tab/>
        <w:t>}, {</w:t>
        <w:br/>
        <w:tab/>
        <w:tab/>
        <w:tab/>
        <w:t>"id": 114223,</w:t>
        <w:br/>
        <w:tab/>
        <w:tab/>
        <w:tab/>
        <w:t>"channelId": 2149710,</w:t>
        <w:br/>
        <w:tab/>
        <w:tab/>
        <w:tab/>
        <w:t>"text": "&lt;p&gt;加图片测试&lt;/p&gt;",</w:t>
        <w:br/>
        <w:tab/>
        <w:tab/>
        <w:tab/>
        <w:t>"images": ["http://liveimages.videocc.net/uploadimage/20210309/chat_img_2149710_16152570796353.jpeg"],</w:t>
        <w:br/>
        <w:tab/>
        <w:tab/>
        <w:tab/>
        <w:t>"top": "N",</w:t>
        <w:br/>
        <w:tab/>
        <w:tab/>
        <w:tab/>
        <w:t>"createdTime": 1615257089000</w:t>
        <w:br/>
        <w:tab/>
        <w:tab/>
        <w:t>}],</w:t>
        <w:br/>
        <w:tab/>
        <w:tab/>
        <w:t>"topContents": [],</w:t>
        <w:br/>
        <w:tab/>
        <w:tab/>
        <w:t>"setting": {</w:t>
        <w:br/>
        <w:tab/>
        <w:tab/>
        <w:tab/>
        <w:t>"id": 109036,</w:t>
        <w:br/>
        <w:tab/>
        <w:tab/>
        <w:tab/>
        <w:t>"nickname": "请问123",</w:t>
        <w:br/>
        <w:tab/>
        <w:tab/>
        <w:tab/>
        <w:t>"actor": "主持人",</w:t>
        <w:br/>
        <w:tab/>
        <w:tab/>
        <w:tab/>
        <w:t>"avatar": "//liveimages.videocc.net/assets/wimages/pc_images/logo.png"</w:t>
        <w:br/>
        <w:tab/>
        <w:tab/>
        <w:t>}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查询频道图文直播内容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