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删除频道菜单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1、删除频道菜单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http://api.polyv.net/live/v3/channel/menu/delete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菜单id，指定多个时用英文逗号分隔 【该参数获取自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查询频道页面菜单信息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菜单语言类型，默认为中文zh_CN：中文EN：英文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http://api.polyv.net/live/v3/channel/menu/delete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appId=frlr1zazn3&amp;sign=BF5C6D0DE307CD3A48A93519574E000A&amp;menuIds=7694a2acd4&amp;timestamp=1621842890503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成功时为1，错误时为空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LoggerFactory.getLogger(MenuTest.class);</w:t>
        <w:br/>
        <w:br/>
        <w:t>/**</w:t>
        <w:br/>
        <w:t xml:space="preserve"> * 删除频道菜单</w:t>
        <w:br/>
        <w:t xml:space="preserve"> * @throws IOException</w:t>
        <w:br/>
        <w:t xml:space="preserve"> */</w:t>
        <w:br/>
        <w:t>@Test</w:t>
        <w:br/>
        <w:t>public void testMenuDelete()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"http://api.polyv.net/live/v3/channel/menu/delete";</w:t>
        <w:br/>
        <w:t xml:space="preserve">    String menuIds = "7694a2acd4";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requestMap.put("menuIds",menuIds);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log.info("测试删除频道菜单接口返回值：{}",response);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1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删除频道菜单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