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增加页面菜单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1、添加一个频道菜单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http://api.polyv.net/live/v3/channel/menu/add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菜单类型 desc：直播介绍 chat：互动聊天 quiz：咨询提问 text：图文菜单 iframe：推广外链qa：问答buy：商品列表invite：邀请榜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菜单内容当菜单类型为直播介绍、图文菜单时，该值为菜单的内容。当菜单类型为外链推广时，如果链接类型是通用链接, 该值为外链链接地址, 如果链接类型是多平台链接, 该值是json对象字符串, json对象的属性如下表说明。 当菜单类型为互动聊天、咨询提问时，该值不需要传值，默认为null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菜单语言类型，不传该参数默认为中文zh_CN：中文EN：英文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iframeOpenType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打开方式（currentPage 当前页  menuDisplay 菜单显示  newPage 新页面）(次参数针对菜单类型为外链推广时有效)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外链推广菜单链接类型（10:通用链接,11:多平台链接，默认10）(次参数针对菜单类型为外链推广时有效)</w:t>
            </w:r>
          </w:p>
        </w:tc>
      </w:tr>
    </w:tbl>
    <w:p>
      <w:pPr>
        <w:spacing w:after="40"/>
      </w:pPr>
    </w:p>
    <w:p>
      <w:pPr>
        <w:pStyle w:val="Heading3"/>
      </w:pPr>
      <w:r>
        <w:t>外链推广多平台链接对象参数描述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jumpWay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跳转方式：NEW_WINDOW(新窗口)/CURRENT_WINDOW(当前窗口)/POP_UP(弹出框)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wxMiniprogramOriginalId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小程序原始ID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小程序APPID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小程序页面路径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mobileAppLink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手机app链接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otherLink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其他链接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http://api.polyv.net/live/v3/channel/menu/add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appId=frlr1zazn3&amp;name=%E6%B5%8B%E8%AF%95%E8%8F%9C%E5%8D%95aa&amp;sign=6032B243196C57BCEFE7C063DCEFEC9F&amp;type=text&amp;channelId=2306525&amp;content=%E8%8F%9C%E5%8D%95%E5%86%85%E5%AE%B9aaaa&amp;timestamp=1621842602123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成功时为菜单详细数据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菜单类型 desc：直播介绍 chat：互动聊天 quiz：咨询提问 text：图文菜单 iframe：推广外链qa：问答buy：商品列表invite：邀请榜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菜单顺序，值越小，越靠前。新添加的菜单默认位于最后。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菜单语言类型 zh_CN：中文EN：英文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LoggerFactory.getLogger(MenuTest.class);</w:t>
        <w:br/>
        <w:t>/**</w:t>
        <w:br/>
        <w:t xml:space="preserve"> * 增加页面菜单接口</w:t>
        <w:br/>
        <w:t xml:space="preserve"> * @throws IOException</w:t>
        <w:br/>
        <w:t xml:space="preserve"> */</w:t>
        <w:br/>
        <w:t>@Test</w:t>
        <w:br/>
        <w:t>public void testAddMenu()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"http://api.polyv.net/live/v3/channel/menu/add";</w:t>
        <w:br/>
        <w:t xml:space="preserve">    String channelId = "2149813";</w:t>
        <w:br/>
        <w:t xml:space="preserve">    String name = "测试菜单aa";</w:t>
        <w:br/>
        <w:t xml:space="preserve">    String type = "text";</w:t>
        <w:br/>
        <w:t xml:space="preserve">    String content = "菜单内容aaaa";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requestMap.put("name",name);</w:t>
        <w:br/>
        <w:t xml:space="preserve">    requestMap.put("type",type);</w:t>
        <w:br/>
        <w:t xml:space="preserve">    requestMap.put("content",content);</w:t>
        <w:br/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log.info("测试增加页面菜单接口返回值：{}",response);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"menuId": "7694a2acd4",</w:t>
        <w:br/>
        <w:t xml:space="preserve">        "menuType": "text",</w:t>
        <w:br/>
        <w:t xml:space="preserve">        "name": "测试菜单aa",</w:t>
        <w:br/>
        <w:t xml:space="preserve">        "ordered": 5,</w:t>
        <w:br/>
        <w:t xml:space="preserve">        "content": "菜单内容aaaa",</w:t>
        <w:br/>
        <w:t xml:space="preserve">        "lang": "zh_CN"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增加页面菜单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