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修改频道名称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1、设置频道名称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修改后的频道名称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http://api.polyv.net/live/v2/channels/1965681/update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appId=frlr1zazn3&amp;name=Junit%E6%B5%8B%E8%AF%95%28%E5%8B%BF%E5%88%A0%29_%E6%B5%8B%E8%AF%95&amp;sign=4E5BB446930D8E9B5C61F6EF1C1FF992&amp;timestamp=1621840467218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请求成功时，返回值是true，请求失败时，返回值是空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修改频道名称</w:t>
        <w:br/>
        <w:t xml:space="preserve"> * @throws IOException</w:t>
        <w:br/>
        <w:t xml:space="preserve"> */</w:t>
        <w:br/>
        <w:t>@Test</w:t>
        <w:br/>
        <w:t>public void testUpdateChannelName()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String.format("http://api.polyv.net/live/v2/channels/%s/update","1965681");</w:t>
        <w:br/>
        <w:t xml:space="preserve">    String name = "Junit测试(勿删)_测试";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requestMap.put("name",name);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log.info("测试修改频道名称：{}",response);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修改频道名称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