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修改频道点赞数和观看次数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1、设置频道的点赞数和观看热度</w:t>
        <w:br/>
        <w:t>2、接口URL中的{channelId}为频道号</w:t>
        <w:br/>
        <w:t>3、接口支持https协议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http://api.polyv.net/live/v2/channels/{channelId}/update-likes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2、请求参数likes跟viewers可以同时传，也可以只传其中一个，不能都不传。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likes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点赞数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viewers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观看热度（对应观看次数）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http://api.polyv.net/live/v2/channels/1965681/update-likes?viewers=1000000&amp;appId=frlr1zazn3&amp;sign=1898800445FDCD9206ABE1AB504C2C52&amp;timestamp=1621840658326&amp;likes=99999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请求成功时为success，请求错误时为空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LoggerFactory.getLogger(WebInfoTest.class);</w:t>
        <w:br/>
        <w:t>/**</w:t>
        <w:br/>
        <w:t xml:space="preserve"> * 修改频道点赞数和观看次数</w:t>
        <w:br/>
        <w:t xml:space="preserve"> * @throws IOException</w:t>
        <w:br/>
        <w:t xml:space="preserve"> */</w:t>
        <w:br/>
        <w:t>@Test</w:t>
        <w:br/>
        <w:t>public void testUpdateLikes() throws IOException, NoSuchAlgorithmException {</w:t>
        <w:br/>
        <w:t xml:space="preserve">    //公共参数,填写自己的实际参数</w:t>
        <w:br/>
        <w:t xml:space="preserve">    String appId=super.appId;</w:t>
        <w:br/>
        <w:t xml:space="preserve">    String appSecret=super.appSecret;</w:t>
        <w:br/>
        <w:t xml:space="preserve">    String userId = super.userId;</w:t>
        <w:br/>
        <w:t xml:space="preserve">    String timestamp=String.valueOf(System.currentTimeMillis());</w:t>
        <w:br/>
        <w:t xml:space="preserve">    //业务参数</w:t>
        <w:br/>
        <w:t xml:space="preserve">    String url = String.format("http://api.polyv.net/live/v2/channels/%s/update-likes","1965681");</w:t>
        <w:br/>
        <w:t xml:space="preserve">    String likes = "99999";</w:t>
        <w:br/>
        <w:t xml:space="preserve">    String viewers = "1000000";</w:t>
        <w:br/>
        <w:br/>
        <w:t xml:space="preserve">    //http 调用逻辑</w:t>
        <w:br/>
        <w:t xml:space="preserve">    Map&lt;String,String&gt; requestMap = new HashMap&lt;&gt;();</w:t>
        <w:br/>
        <w:t xml:space="preserve">    requestMap.put("appId", appId);</w:t>
        <w:br/>
        <w:t xml:space="preserve">    requestMap.put("timestamp",timestamp);</w:t>
        <w:br/>
        <w:t xml:space="preserve">    requestMap.put("likes",likes);</w:t>
        <w:br/>
        <w:t xml:space="preserve">    requestMap.put("viewers",viewers);</w:t>
        <w:br/>
        <w:t xml:space="preserve">    requestMap.put("sign",LiveSignUtil.getSign(requestMap, appSecret));</w:t>
        <w:br/>
        <w:t xml:space="preserve">    String response = HttpUtil.get(url,requestMap);</w:t>
        <w:br/>
        <w:t xml:space="preserve">    log.info("测试修改频道点赞数和观看次数：{}",response);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"code":200,</w:t>
        <w:br/>
        <w:t xml:space="preserve">    "status":"success",</w:t>
        <w:br/>
        <w:t xml:space="preserve">    "message":"",</w:t>
        <w:br/>
        <w:t xml:space="preserve">    "data":"success"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修改频道点赞数和观看次数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