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修改直播倒计时设置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1、接口用于修改频道的倒计时设置</w:t>
        <w:br/>
        <w:t>2、接口URL中的{channelId}为频道号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http://api.polyv.net/live/v2/channelSetting/{channelId}/set-countdown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2、预约功能开启需设置正确的直播时间才生效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bookingEnabled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预约观看开关，Y或N，默认不改变原来状态Y：开启N：关闭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直播开始时间，如果不传该值，表示不显示直播时间和倒计时，格式：yyyy-MM-dd HH:mm:ss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http://api.polyv.net/live/v2/channelSetting/1958888/set-countdown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bookingEnabled=Y&amp;appId=frlr1zazn3&amp;sign=A4B3677AD1F0675FB792A50E3B20D7AB&amp;startTime=2021-3-15+15%3A01%3A00&amp;timestamp=1621840695352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请求成功时为空，请求失败时为空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LoggerFactory.getLogger(WebInfoTest.class);</w:t>
        <w:br/>
        <w:t>/**</w:t>
        <w:br/>
        <w:t xml:space="preserve"> * 修改直播倒计时设置</w:t>
        <w:br/>
        <w:t xml:space="preserve"> * @throws IOException</w:t>
        <w:br/>
        <w:t xml:space="preserve"> */</w:t>
        <w:br/>
        <w:t>@Test</w:t>
        <w:br/>
        <w:t>public void testSetCountdown()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String.format("http://api.polyv.net/live/v2/channelSetting/%s/set-countdown", "1958888");</w:t>
        <w:br/>
        <w:t xml:space="preserve">    String bookingEnabled = "Y";</w:t>
        <w:br/>
        <w:t xml:space="preserve">    String startTime = "2021-3-15 15:01:00";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requestMap.put("bookingEnabled",bookingEnabled);</w:t>
        <w:br/>
        <w:t xml:space="preserve">    requestMap.put("startTime",startTime);</w:t>
        <w:br/>
        <w:t xml:space="preserve">    requestMap.put("sign",LiveSignUtil.getSign(requestMap, appSecret));</w:t>
        <w:br/>
        <w:t xml:space="preserve">    String response = HttpUtil.postFormBody(url,requestMap);</w:t>
        <w:br/>
        <w:t xml:space="preserve">    log.info("测试修改直播倒计时设置：{}",response);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修改直播倒计时设置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