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查询频道直播开始时间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1、接口用于获取倒计时设置的相关信息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http://api.polyv.net/live/v2/channelSetting/{channelId}/get-countdown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http://api.polyv.net/live/v2/channelSetting/1958888/get-countdown?appId=frlr1zazn3&amp;sign=A39376D4B87D91E62273EA6D6A8741E3&amp;timestamp=1621839974009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请求成功时为频道直播倒计时信息【详见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预约观看开关，Y或NY：开启N：关闭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倒计时开关，Y或NY：开启N：关闭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直播结束时间，格式：yyyy-MM-dd HH:mm:ss。没有设置则返回null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LoggerFactory.getLogger(WebInfoTest.class);</w:t>
        <w:br/>
        <w:t>/**</w:t>
        <w:br/>
        <w:t xml:space="preserve"> * 查询频道直播开始时间</w:t>
        <w:br/>
        <w:t xml:space="preserve"> * @throws IOException</w:t>
        <w:br/>
        <w:t xml:space="preserve"> */</w:t>
        <w:br/>
        <w:t>@Test</w:t>
        <w:br/>
        <w:t>public void testGetCountdown()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String.format("http://api.polyv.net/live/v2/channelSetting/%s/get-countdown", "1958888");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log.info("测试查询频道直播开始时间：{}",response);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"bookingEnabled":"Y",</w:t>
        <w:br/>
        <w:t xml:space="preserve">        "countTips":null,</w:t>
        <w:br/>
        <w:t xml:space="preserve">        "countEnabled":"Y",</w:t>
        <w:br/>
        <w:t xml:space="preserve">        "startTime":"2021-03-15 15:01:00",</w:t>
        <w:br/>
        <w:t xml:space="preserve">        "endTime":"2021-03-15 18:00:00"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查询频道直播开始时间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