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查询应用角色列表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1、查询应用角色列表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http://api.polyv.net/live/v4/user/webapp-role/list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当前页数，第几页，默认为1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分页大小，默认为10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http://api.polyv.net/live/v4/user/webapp-role/list?pageNumber=1&amp;appId=frlr1zazn3&amp;sign=76AEC105CAD0C5091FCECCF14FC6DA74&amp;pageSize=10&amp;timestamp=1699580616354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分页数据集合【详见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当前页数，第几页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permissionName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权限名称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isOldRole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是否为旧角色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角色类型(root:仅主账号可见， child:主账号和子账号都可见)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查询应用角色列表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getRoleListTest()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"http://api.polyv.net/live/v4/user/webapp-role/list";</w:t>
        <w:br/>
        <w:t xml:space="preserve">    String pageNumber = "1";</w:t>
        <w:br/>
        <w:t xml:space="preserve">    String pageSize = "10";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requestMap.put("pageNumber", pageNumber);</w:t>
        <w:br/>
        <w:t xml:space="preserve">    requestMap.put("pageSize", pageSize);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t xml:space="preserve">    log.info("测试查询应用角色列表成功：{}",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"bf2ffb7b-b062-4e6b-ba70-94b5495c2591",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7,</w:t>
        <w:br/>
        <w:t xml:space="preserve">        "contents": [</w:t>
        <w:br/>
        <w:t xml:space="preserve">            {</w:t>
        <w:br/>
        <w:t xml:space="preserve">                "id": 3519,</w:t>
        <w:br/>
        <w:t xml:space="preserve">                "name": "123222",</w:t>
        <w:br/>
        <w:t xml:space="preserve">                "userId": "2b3ccac944",</w:t>
        <w:br/>
        <w:t xml:space="preserve">                "description": "",</w:t>
        <w:br/>
        <w:t xml:space="preserve">                "status": true,</w:t>
        <w:br/>
        <w:t xml:space="preserve">                "createdTime": 1752720853000,</w:t>
        <w:br/>
        <w:t xml:space="preserve">                "lastModified": 1752720858000,</w:t>
        <w:br/>
        <w:t xml:space="preserve">                "permissionName": "新建直播",</w:t>
        <w:br/>
        <w:t xml:space="preserve">                "isOldRole": false,</w:t>
        <w:br/>
        <w:t xml:space="preserve">                "type": "root"</w:t>
        <w:br/>
        <w:t xml:space="preserve">            },</w:t>
        <w:br/>
        <w:t xml:space="preserve">            {</w:t>
        <w:br/>
        <w:t xml:space="preserve">                "id": 3518,</w:t>
        <w:br/>
        <w:t xml:space="preserve">                "name": "测试",</w:t>
        <w:br/>
        <w:t xml:space="preserve">                "userId": "2b3ccac944",</w:t>
        <w:br/>
        <w:t xml:space="preserve">                "description": "123123",</w:t>
        <w:br/>
        <w:t xml:space="preserve">                "status": true,</w:t>
        <w:br/>
        <w:t xml:space="preserve">                "createdTime": 1752720399000,</w:t>
        <w:br/>
        <w:t xml:space="preserve">                "lastModified": 1752720399000,</w:t>
        <w:br/>
        <w:t xml:space="preserve">                "permissionName": "新建直播",</w:t>
        <w:br/>
        <w:t xml:space="preserve">                "isOldRole": false,</w:t>
        <w:br/>
        <w:t xml:space="preserve">                "type": "root"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查询应用角色列表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