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获取应用角色权限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1、获取应用角色权限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http://api.polyv.net/live/v4/user/webapp-role/get?roleId=1&amp;appId=frlr1zazn3&amp;sign=4D418459FA42A9F88475022E33945955&amp;timestamp=1659056102639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角色权限信息【详见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Role参数描述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Permissions参数描述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Role参数描述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创建时间（13位毫秒级时间戳）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最后修改时间（13位毫秒级时间戳）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isOldRole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是否为旧角色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角色类型(root:仅主账号可见， child:主账号和子账号都可见)</w:t>
            </w:r>
          </w:p>
        </w:tc>
      </w:tr>
    </w:tbl>
    <w:p>
      <w:pPr>
        <w:spacing w:after="40"/>
      </w:pPr>
    </w:p>
    <w:p>
      <w:pPr>
        <w:pStyle w:val="Heading2"/>
      </w:pPr>
      <w:r>
        <w:t>Permissions参数描述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权限代码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父权限ID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左节点值（用于树形结构）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rgt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右节点值（用于树形结构）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创建时间（13位毫秒级时间戳）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最后修改时间（13位毫秒级时间戳）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depth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权限层级深度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owned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是否拥有该权限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获取应用角色权限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getRoleTest()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"http://api.polyv.net/live/v4/user/webapp-role/get";</w:t>
        <w:br/>
        <w:t xml:space="preserve">    String roleId = "1";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requestMap.put("roleId", roleId);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log.info("测试获取应用角色权限成功：{}",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"8352399b-d440-4e21-affa-2ea10e734c52",</w:t>
        <w:br/>
        <w:tab/>
        <w:t>"data": {</w:t>
        <w:br/>
        <w:tab/>
        <w:tab/>
        <w:t>"role": {</w:t>
        <w:br/>
        <w:tab/>
        <w:tab/>
        <w:tab/>
        <w:t>"id": 3521,</w:t>
        <w:br/>
        <w:tab/>
        <w:tab/>
        <w:tab/>
        <w:t>"name": "测试角色",</w:t>
        <w:br/>
        <w:tab/>
        <w:tab/>
        <w:tab/>
        <w:t>"userId": "2b3ccac944",</w:t>
        <w:br/>
        <w:tab/>
        <w:tab/>
        <w:tab/>
        <w:t>"description": "这是一个测试角色",</w:t>
        <w:br/>
        <w:tab/>
        <w:tab/>
        <w:tab/>
        <w:t>"status": null,</w:t>
        <w:br/>
        <w:tab/>
        <w:tab/>
        <w:tab/>
        <w:t>"createdTime": 1752731090000,</w:t>
        <w:br/>
        <w:tab/>
        <w:tab/>
        <w:tab/>
        <w:t>"lastModified": 1752731090000,</w:t>
        <w:br/>
        <w:tab/>
        <w:tab/>
        <w:tab/>
        <w:t>"permissionName": null,</w:t>
        <w:br/>
        <w:tab/>
        <w:tab/>
        <w:tab/>
        <w:t>"isOldRole": null,</w:t>
        <w:br/>
        <w:tab/>
        <w:tab/>
        <w:tab/>
        <w:t>"type": "root"</w:t>
        <w:br/>
        <w:tab/>
        <w:tab/>
        <w:t>},</w:t>
        <w:br/>
        <w:tab/>
        <w:tab/>
        <w:t>"permissions": [</w:t>
        <w:br/>
        <w:tab/>
        <w:tab/>
        <w:tab/>
        <w:t>{</w:t>
        <w:br/>
        <w:tab/>
        <w:tab/>
        <w:tab/>
        <w:tab/>
        <w:t>"id": 102,</w:t>
        <w:br/>
        <w:tab/>
        <w:tab/>
        <w:tab/>
        <w:tab/>
        <w:t>"type": "LIVE_V2",</w:t>
        <w:br/>
        <w:tab/>
        <w:tab/>
        <w:tab/>
        <w:tab/>
        <w:t>"name": "直播权限",</w:t>
        <w:br/>
        <w:tab/>
        <w:tab/>
        <w:tab/>
        <w:tab/>
        <w:t>"code": "live_v2",</w:t>
        <w:br/>
        <w:tab/>
        <w:tab/>
        <w:tab/>
        <w:tab/>
        <w:t>"parentId": 0,</w:t>
        <w:br/>
        <w:tab/>
        <w:tab/>
        <w:tab/>
        <w:tab/>
        <w:t>"lft": 1,</w:t>
        <w:br/>
        <w:tab/>
        <w:tab/>
        <w:tab/>
        <w:tab/>
        <w:t>"rgt": 310,</w:t>
        <w:br/>
        <w:tab/>
        <w:tab/>
        <w:tab/>
        <w:tab/>
        <w:t>"createdTime": 1619769766000,</w:t>
        <w:br/>
        <w:tab/>
        <w:tab/>
        <w:tab/>
        <w:tab/>
        <w:t>"lastModified": 1619769766000,</w:t>
        <w:br/>
        <w:tab/>
        <w:tab/>
        <w:tab/>
        <w:tab/>
        <w:t>"depth": 0,</w:t>
        <w:br/>
        <w:tab/>
        <w:tab/>
        <w:tab/>
        <w:tab/>
        <w:t>"owned": false</w:t>
        <w:br/>
        <w:tab/>
        <w:tab/>
        <w:tab/>
        <w:t>},</w:t>
        <w:br/>
        <w:tab/>
        <w:tab/>
        <w:tab/>
        <w:t>{</w:t>
        <w:br/>
        <w:tab/>
        <w:tab/>
        <w:tab/>
        <w:tab/>
        <w:t>"id": 103,</w:t>
        <w:br/>
        <w:tab/>
        <w:tab/>
        <w:tab/>
        <w:tab/>
        <w:t>"type": "LIVE_V2",</w:t>
        <w:br/>
        <w:tab/>
        <w:tab/>
        <w:tab/>
        <w:tab/>
        <w:t>"name": "新建直播",</w:t>
        <w:br/>
        <w:tab/>
        <w:tab/>
        <w:tab/>
        <w:tab/>
        <w:t>"code": "live-create-channel-center",</w:t>
        <w:br/>
        <w:tab/>
        <w:tab/>
        <w:tab/>
        <w:tab/>
        <w:t>"parentId": 1,</w:t>
        <w:br/>
        <w:tab/>
        <w:tab/>
        <w:tab/>
        <w:tab/>
        <w:t>"lft": 2,</w:t>
        <w:br/>
        <w:tab/>
        <w:tab/>
        <w:tab/>
        <w:tab/>
        <w:t>"rgt": 7,</w:t>
        <w:br/>
        <w:tab/>
        <w:tab/>
        <w:tab/>
        <w:tab/>
        <w:t>"createdTime": 1619769799000,</w:t>
        <w:br/>
        <w:tab/>
        <w:tab/>
        <w:tab/>
        <w:tab/>
        <w:t>"lastModified": 1678786231000,</w:t>
        <w:br/>
        <w:tab/>
        <w:tab/>
        <w:tab/>
        <w:tab/>
        <w:t>"depth": 1,</w:t>
        <w:br/>
        <w:tab/>
        <w:tab/>
        <w:tab/>
        <w:tab/>
        <w:t>"owned": false</w:t>
        <w:br/>
        <w:tab/>
        <w:tab/>
        <w:tab/>
        <w:t>}</w:t>
        <w:br/>
        <w:tab/>
        <w:tab/>
        <w:t>]</w:t>
        <w:br/>
        <w:tab/>
        <w:t>},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"角色不存在"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获取应用角色权限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