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应用权限列表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1、应用权限列表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http://api.polyv.net/live/v4/user/webapp-role/permission/list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http://api.polyv.net/live/v4/user/webapp-role/permission/list?appId=frlr1zazn3&amp;sign=4D418459FA42A9F88475022E33945955&amp;timestamp=1659056102639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应用权限列表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getPermissionListTest()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"http://api.polyv.net/live/v4/user/webapp-role/permission/list";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log.info("测试应用权限列表成功：{}",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"3a05f8f5f6984232808d9e099f9ee938.3338.16995806199894399",</w:t>
        <w:br/>
        <w:t xml:space="preserve">    "data": [</w:t>
        <w:br/>
        <w:t xml:space="preserve">        {</w:t>
        <w:br/>
        <w:t xml:space="preserve">            "id": 1,</w:t>
        <w:br/>
        <w:t xml:space="preserve">            "name": "直播管理"</w:t>
        <w:br/>
        <w:t xml:space="preserve">        },</w:t>
        <w:br/>
        <w:t xml:space="preserve">        {</w:t>
        <w:br/>
        <w:t xml:space="preserve">            "id": 2,</w:t>
        <w:br/>
        <w:t xml:space="preserve">            "name": "数据统计"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应用权限列表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