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更新用户身份信息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1、更新用户身份信息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手机号码，最大长度20个字符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最后收集手机号码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最后访问IP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设备信息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"viewerUnionId": "2_v378gn997yovtl3p8h77db9e224t6hg9",</w:t>
        <w:br/>
        <w:t xml:space="preserve">    "mobile": "3333",</w:t>
        <w:br/>
        <w:t xml:space="preserve">    "nickname": "2222",</w:t>
        <w:br/>
        <w:t xml:space="preserve">    "name": "demoData",</w:t>
        <w:br/>
        <w:t xml:space="preserve">    "lastCollectMobile": "demoData",</w:t>
        <w:br/>
        <w:t xml:space="preserve">    "email": "demoData",</w:t>
        <w:br/>
        <w:t xml:space="preserve">    "area": "demoData",</w:t>
        <w:br/>
        <w:t xml:space="preserve">    "latestAccessIp": "demoData",</w:t>
        <w:br/>
        <w:t xml:space="preserve">    "device": "demoData"</w:t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"be18d7c8-4645-47f2-81dd-c3202d759b12",</w:t>
        <w:br/>
        <w:t xml:space="preserve">    "data": true,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更新观众信息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"https://api.polyv.net/live/v4/user/viewer-record/update";</w:t>
        <w:br/>
        <w:t xml:space="preserve">    //业务参数</w:t>
        <w:br/>
        <w:t xml:space="preserve">    String viewerUnionId = "2_v378gn997yovtl3p8h77db9e224t6hg9";</w:t>
        <w:br/>
        <w:t xml:space="preserve">    String mobile = "demoData";</w:t>
        <w:br/>
        <w:t xml:space="preserve">    String nickname = "demoData";</w:t>
        <w:br/>
        <w:br/>
        <w:t xml:space="preserve">    String name = "demoData";</w:t>
        <w:br/>
        <w:t xml:space="preserve">    String lastCollectMobile = "demoData";</w:t>
        <w:br/>
        <w:t xml:space="preserve">    String email = "demoData";</w:t>
        <w:br/>
        <w:t xml:space="preserve">    String area = "demoData";</w:t>
        <w:br/>
        <w:t xml:space="preserve">    String latestAccessIp = "demoData";</w:t>
        <w:br/>
        <w:t xml:space="preserve">    String device = "demoData";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br/>
        <w:t xml:space="preserve">    Map&lt;String, Object&gt; jsonMap = new HashMap&lt;&gt;();</w:t>
        <w:br/>
        <w:t xml:space="preserve">    jsonMap.put("viewerUnionId", viewerUnionId);</w:t>
        <w:br/>
        <w:t xml:space="preserve">    jsonMap.put("mobile", mobile);</w:t>
        <w:br/>
        <w:t xml:space="preserve">    jsonMap.put("nickname", nickname);</w:t>
        <w:br/>
        <w:t xml:space="preserve">    jsonMap.put("name", name);</w:t>
        <w:br/>
        <w:t xml:space="preserve">    jsonMap.put("lastCollectMobile", lastCollectMobile);</w:t>
        <w:br/>
        <w:t xml:space="preserve">    jsonMap.put("email", email);</w:t>
        <w:br/>
        <w:t xml:space="preserve">    jsonMap.put("area", area);</w:t>
        <w:br/>
        <w:t xml:space="preserve">    jsonMap.put("latestAccessIp", latestAccessIp);</w:t>
        <w:br/>
        <w:t xml:space="preserve">    jsonMap.put("device", device);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log.info("测试更新观众信息结果：{}",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{</w:t>
        <w:br/>
        <w:t xml:space="preserve">        "name": "demoData",</w:t>
        <w:br/>
        <w:t xml:space="preserve">        "lastCollectMobile": "demoData",</w:t>
        <w:br/>
        <w:t xml:space="preserve">        "email": "demoData",</w:t>
        <w:br/>
        <w:t xml:space="preserve">        "area": "demoData",</w:t>
        <w:br/>
        <w:t xml:space="preserve">        "latestAccessIp": "demoData",</w:t>
        <w:br/>
        <w:t xml:space="preserve">        "device": "demoData",</w:t>
        <w:br/>
        <w:t xml:space="preserve">        "watchDuration": 0,</w:t>
        <w:br/>
        <w:t xml:space="preserve">        "watchChannelCount": 0,</w:t>
        <w:br/>
        <w:t xml:space="preserve">        "viewerUnionId": "2_2v0u6u75hw013ja684ba9co7lnppq4j9",</w:t>
        <w:br/>
        <w:t xml:space="preserve">        "nickname": "demoData",</w:t>
        <w:br/>
        <w:t xml:space="preserve">        "mobile": "demoData9",</w:t>
        <w:br/>
        <w:t xml:space="preserve">        "source": "IMPORT",</w:t>
        <w:br/>
        <w:t xml:space="preserve">        "latestAuthTime": 1712114620000,</w:t>
        <w:br/>
        <w:t xml:space="preserve">        "createTime": 1712114620000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更新用户身份信息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