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获取观众列表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1、分页获取观众列表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https://api.polyv.net/live/v4/user/viewer-record/list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来源（IMPORT:导入，WX:微信；MOBILE:手机）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邮箱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area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页面大小（默认10，最大1000）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页码（目前限制最大值1000页）</w:t>
            </w:r>
          </w:p>
        </w:tc>
      </w:tr>
    </w:tbl>
    <w:p>
      <w:pPr>
        <w:spacing w:after="40"/>
      </w:pPr>
    </w:p>
    <w:p>
      <w:pPr>
        <w:pStyle w:val="Heading2"/>
      </w:pPr>
      <w:r>
        <w:t>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https://api.polyv.net/v4/user/viewer-record/list?appId=frlr1zazn3&amp;timestamp=1670471250000&amp;sign=149397BFD607C518A841DAF8777D6A7E&amp;mobile=demoData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分页用户信息【详见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剩余页码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剩余记录数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观众信息列表【详见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viewerUnionId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wxOpenId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微信openId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wxUnionId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微信UnionId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微信昵称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wxAvatar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微信头像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用户来源(IMPORT:导入)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采集姓名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lastCollectMobile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采集手机号码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邮箱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area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latestAccessIp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最后访问IP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device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观看时长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watchChannelCount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观看频道数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latestAuthTime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最后授权时间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删除观众信息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getViewerTest()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t xml:space="preserve">    String mobile = "demoData";</w:t>
        <w:br/>
        <w:t xml:space="preserve">    //业务参数</w:t>
        <w:br/>
        <w:t xml:space="preserve">    String url = "https://api.polyv.net/v4/user/viewer-record/list";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requestMap.put("viewerUnionId", viewerUnionId);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log.info("测试删除观众信息成功：{}",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"5b33d00b-d284-4a3d-adcd-38210f8681c8",</w:t>
        <w:br/>
        <w:t xml:space="preserve">    "data": {</w:t>
        <w:br/>
        <w:t xml:space="preserve">        "pageSize": 5,</w:t>
        <w:br/>
        <w:t xml:space="preserve">        "totalPages": 2,</w:t>
        <w:br/>
        <w:t xml:space="preserve">        "totalItems": 10,</w:t>
        <w:br/>
        <w:t xml:space="preserve">        "contents": [</w:t>
        <w:br/>
        <w:t xml:space="preserve">            {</w:t>
        <w:br/>
        <w:t xml:space="preserve">                "name": "demoData",</w:t>
        <w:br/>
        <w:t xml:space="preserve">                "lastCollectMobile": "demoData",</w:t>
        <w:br/>
        <w:t xml:space="preserve">                "email": "demoData",</w:t>
        <w:br/>
        <w:t xml:space="preserve">                "area": "demoData",</w:t>
        <w:br/>
        <w:t xml:space="preserve">                "latestAccessIp": "demoData",</w:t>
        <w:br/>
        <w:t xml:space="preserve">                "device": "demoData",</w:t>
        <w:br/>
        <w:t xml:space="preserve">                "watchDuration": 0,</w:t>
        <w:br/>
        <w:t xml:space="preserve">                "watchChannelCount": 0,</w:t>
        <w:br/>
        <w:t xml:space="preserve">                "viewerUnionId": "2_2v0u6u75hw013ja684ba9co7lnppq4j9",</w:t>
        <w:br/>
        <w:t xml:space="preserve">                "mobile": "demoData9",</w:t>
        <w:br/>
        <w:t xml:space="preserve">                "source": "IMPORT",</w:t>
        <w:br/>
        <w:t xml:space="preserve">                "createTime": 1712114619000</w:t>
        <w:br/>
        <w:t xml:space="preserve">            },</w:t>
        <w:br/>
        <w:t xml:space="preserve">            {</w:t>
        <w:br/>
        <w:t xml:space="preserve">                "name": "demoData",</w:t>
        <w:br/>
        <w:t xml:space="preserve">                "lastCollectMobile": "demoData",</w:t>
        <w:br/>
        <w:t xml:space="preserve">                "email": "demoData",</w:t>
        <w:br/>
        <w:t xml:space="preserve">                "area": "demoData",</w:t>
        <w:br/>
        <w:t xml:space="preserve">                "latestAccessIp": "demoData",</w:t>
        <w:br/>
        <w:t xml:space="preserve">                "device": "demoData",</w:t>
        <w:br/>
        <w:t xml:space="preserve">                "watchDuration": 0,</w:t>
        <w:br/>
        <w:t xml:space="preserve">                "watchChannelCount": 0,</w:t>
        <w:br/>
        <w:t xml:space="preserve">                "viewerUnionId": "2_x4r3er86b6h539o4clna3ss39xg3c169",</w:t>
        <w:br/>
        <w:t xml:space="preserve">                "mobile": "demoData8",</w:t>
        <w:br/>
        <w:t xml:space="preserve">                "source": "IMPORT",</w:t>
        <w:br/>
        <w:t xml:space="preserve">                "createTime": 1712114608000</w:t>
        <w:br/>
        <w:t xml:space="preserve">            },</w:t>
        <w:br/>
        <w:t xml:space="preserve">            {</w:t>
        <w:br/>
        <w:t xml:space="preserve">                "name": "demoData",</w:t>
        <w:br/>
        <w:t xml:space="preserve">                "lastCollectMobile": "demoData",</w:t>
        <w:br/>
        <w:t xml:space="preserve">                "email": "demoData",</w:t>
        <w:br/>
        <w:t xml:space="preserve">                "area": "demoData",</w:t>
        <w:br/>
        <w:t xml:space="preserve">                "latestAccessIp": "demoData",</w:t>
        <w:br/>
        <w:t xml:space="preserve">                "device": "demoData",</w:t>
        <w:br/>
        <w:t xml:space="preserve">                "watchDuration": 0,</w:t>
        <w:br/>
        <w:t xml:space="preserve">                "watchChannelCount": 0,</w:t>
        <w:br/>
        <w:t xml:space="preserve">                "viewerUnionId": "2_9965885141of3ec157yq69yf75xrt108",</w:t>
        <w:br/>
        <w:t xml:space="preserve">                "mobile": "demoData7",</w:t>
        <w:br/>
        <w:t xml:space="preserve">                "source": "IMPORT",</w:t>
        <w:br/>
        <w:t xml:space="preserve">                "createTime": 1712114586000</w:t>
        <w:br/>
        <w:t xml:space="preserve">            },</w:t>
        <w:br/>
        <w:t xml:space="preserve">            {</w:t>
        <w:br/>
        <w:t xml:space="preserve">                "name": "demoData",</w:t>
        <w:br/>
        <w:t xml:space="preserve">                "lastCollectMobile": "demoData",</w:t>
        <w:br/>
        <w:t xml:space="preserve">                "email": "demoData",</w:t>
        <w:br/>
        <w:t xml:space="preserve">                "area": "demoData",</w:t>
        <w:br/>
        <w:t xml:space="preserve">                "latestAccessIp": "demoData",</w:t>
        <w:br/>
        <w:t xml:space="preserve">                "device": "demoData",</w:t>
        <w:br/>
        <w:t xml:space="preserve">                "watchDuration": 0,</w:t>
        <w:br/>
        <w:t xml:space="preserve">                "watchChannelCount": 0,</w:t>
        <w:br/>
        <w:t xml:space="preserve">                "viewerUnionId": "2_2g0be0h9p6cd0777zq022yvze4a968bk",</w:t>
        <w:br/>
        <w:t xml:space="preserve">                "mobile": "demoData6",</w:t>
        <w:br/>
        <w:t xml:space="preserve">                "source": "IMPORT",</w:t>
        <w:br/>
        <w:t xml:space="preserve">                "createTime": 1712114565000</w:t>
        <w:br/>
        <w:t xml:space="preserve">            },</w:t>
        <w:br/>
        <w:t xml:space="preserve">            {</w:t>
        <w:br/>
        <w:t xml:space="preserve">                "name": "demoData",</w:t>
        <w:br/>
        <w:t xml:space="preserve">                "lastCollectMobile": "demoData",</w:t>
        <w:br/>
        <w:t xml:space="preserve">                "email": "demoData",</w:t>
        <w:br/>
        <w:t xml:space="preserve">                "area": "demoData",</w:t>
        <w:br/>
        <w:t xml:space="preserve">                "latestAccessIp": "demoData",</w:t>
        <w:br/>
        <w:t xml:space="preserve">                "device": "demoData",</w:t>
        <w:br/>
        <w:t xml:space="preserve">                "watchDuration": 0,</w:t>
        <w:br/>
        <w:t xml:space="preserve">                "watchChannelCount": 0,</w:t>
        <w:br/>
        <w:t xml:space="preserve">                "viewerUnionId": "2_y5t681288v0316n8z932el5d28w1ka2n",</w:t>
        <w:br/>
        <w:t xml:space="preserve">                "mobile": "demoData5",</w:t>
        <w:br/>
        <w:t xml:space="preserve">                "source": "IMPORT",</w:t>
        <w:br/>
        <w:t xml:space="preserve">                "createTime": 1712114550000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获取观众列表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