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更新标签信息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1、更新标签信息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https://api.polyv.net/live/v4/user/viewer-label/update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https://api.polyv.net/live/v4/user/viewer-label/update?appId=frlr1zazn3&amp;sign=012332FBD8DBCFC068AFCB484A2ADECB&amp;timestamp=1670550787318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"id":22638,</w:t>
        <w:br/>
        <w:t xml:space="preserve">    "label":"11"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响应体json: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"be18d7c8-4645-47f2-81dd-c3202d759b12",</w:t>
        <w:br/>
        <w:t xml:space="preserve">    "data": true,</w:t>
        <w:br/>
        <w:t xml:space="preserve">    "success": true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响应新建成功的用户信息【详见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更新标签信息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updateLabelTest()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"https://api.polyv.net/live/v4/user/viewer-record/update";</w:t>
        <w:br/>
        <w:t xml:space="preserve">    //业务参数</w:t>
        <w:br/>
        <w:t xml:space="preserve">    Long id = 1;</w:t>
        <w:br/>
        <w:t xml:space="preserve">    String label = "11";</w:t>
        <w:br/>
        <w:br/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br/>
        <w:t xml:space="preserve">    Map&lt;String, Object&gt; jsonMap = new HashMap&lt;&gt;();</w:t>
        <w:br/>
        <w:t xml:space="preserve">    jsonMap.put("id", id);</w:t>
        <w:br/>
        <w:t xml:space="preserve">    jsonMap.put("label", label);</w:t>
        <w:br/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log.info("测试更新标签信息结果：{}",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"97d9bc9c-c0d2-4639-acad-54b28335004c",</w:t>
        <w:br/>
        <w:t xml:space="preserve">    "data": {</w:t>
        <w:br/>
        <w:t xml:space="preserve">        "id": 1,</w:t>
        <w:br/>
        <w:t xml:space="preserve">        "label": "11"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更新标签信息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