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查询观众详情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1、查询观众详情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https://api.polyv.net/v4/user/viewer-record/get?appId=frlr1zazn3&amp;timestamp=1670471250000&amp;sign=149397BFD607C518A841DAF8777D6A7E&amp;viewerUnionId=2_v378gn997yovtl3p8h77db9e224t6hg9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观众详细数据【详见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微信UnionId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用户来源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采集姓名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lastCollectMobile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latestAccessIp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最后访问IP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watchChannelCount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观看频道数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latestAuthTime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最后授权时间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labels字段说明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labels参数描述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查询观众详情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getViewerTest()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String viewerUnionId = "2_v378gn997yovtl3p8h77db9e224t6hg9";</w:t>
        <w:br/>
        <w:t xml:space="preserve">    //业务参数</w:t>
        <w:br/>
        <w:t xml:space="preserve">    String url = "https://api.polyv.net/v4/user/viewer-record/get";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requestMap.put("viewerUnionId", viewerUnionId);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log.info("测试查询观众详情成功：{}",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"7bd56e99-3705-4bb0-9834-a0201eebcc4a",</w:t>
        <w:br/>
        <w:t xml:space="preserve">    "data": {</w:t>
        <w:br/>
        <w:t xml:space="preserve">        "name": "demoData",</w:t>
        <w:br/>
        <w:t xml:space="preserve">        "lastCollectMobile": "demoData",</w:t>
        <w:br/>
        <w:t xml:space="preserve">        "email": "demoData",</w:t>
        <w:br/>
        <w:t xml:space="preserve">        "area": "demoData",</w:t>
        <w:br/>
        <w:t xml:space="preserve">        "latestAccessIp": "demoData",</w:t>
        <w:br/>
        <w:t xml:space="preserve">        "device": "demoData",</w:t>
        <w:br/>
        <w:t xml:space="preserve">        "watchDuration": 0,</w:t>
        <w:br/>
        <w:t xml:space="preserve">        "watchChannelCount": 0,</w:t>
        <w:br/>
        <w:t xml:space="preserve">        "viewerUnionId": "2_v378gn997yovtl3p8h77db9e224t6hg9",</w:t>
        <w:br/>
        <w:t xml:space="preserve">        "nickname": "2222",</w:t>
        <w:br/>
        <w:t xml:space="preserve">        "mobile": "3333",</w:t>
        <w:br/>
        <w:t xml:space="preserve">        "wxOpenId": "demoData",</w:t>
        <w:br/>
        <w:t xml:space="preserve">        "wxUnionId": "demoData",</w:t>
        <w:br/>
        <w:t xml:space="preserve">        "wxNickName": "demoData",</w:t>
        <w:br/>
        <w:t xml:space="preserve">        "wxAvatar": "demoData",</w:t>
        <w:br/>
        <w:t xml:space="preserve">        "wxAppId": "demoData",</w:t>
        <w:br/>
        <w:t xml:space="preserve">        "source": "IMPORT",</w:t>
        <w:br/>
        <w:t xml:space="preserve">        "latestAuthTime": 1712054271000,</w:t>
        <w:br/>
        <w:t xml:space="preserve">        "createTime": 1712054270000,</w:t>
        <w:br/>
        <w:t xml:space="preserve">        "labels": [</w:t>
        <w:br/>
        <w:t xml:space="preserve">            {</w:t>
        <w:br/>
        <w:t xml:space="preserve">                "id": 22635,</w:t>
        <w:br/>
        <w:t xml:space="preserve">                "label": "1"</w:t>
        <w:br/>
        <w:t xml:space="preserve">            },</w:t>
        <w:br/>
        <w:t xml:space="preserve">            {</w:t>
        <w:br/>
        <w:t xml:space="preserve">                "id": 22636,</w:t>
        <w:br/>
        <w:t xml:space="preserve">                "label": "2"</w:t>
        <w:br/>
        <w:t xml:space="preserve">            },</w:t>
        <w:br/>
        <w:t xml:space="preserve">            {</w:t>
        <w:br/>
        <w:t xml:space="preserve">                "id": 22639,</w:t>
        <w:br/>
        <w:t xml:space="preserve">                "label": "3333"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查询观众详情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