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通过手机号导入用户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1、通过手机号导入用户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https://api.polyv.net/live/v4/user/viewer-record/create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观众昵称，最大长度64个字符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手机号码，最大长度20个字符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收集姓名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lastCollectMobile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最后收集手机号码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latestAccessIp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最后访问IP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设备信息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followUsers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跟进人信息【详见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followUsers字段说明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followUsers参数描述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跟进人ID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默认wwork:企微跟进人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https://api.polyv.net/live/v4/user/viewer-record/create?appId=frlr1zazn3&amp;sign=012332FBD8DBCFC068AFCB484A2ADECB&amp;timestamp=1670550787318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"mobile": "demoData",</w:t>
        <w:br/>
        <w:t xml:space="preserve">    "nickname": "demoData",</w:t>
        <w:br/>
        <w:t xml:space="preserve">    "name": "demoData",</w:t>
        <w:br/>
        <w:t xml:space="preserve">    "lastCollectMobile": "demoData",</w:t>
        <w:br/>
        <w:t xml:space="preserve">    "email": "demoData",</w:t>
        <w:br/>
        <w:t xml:space="preserve">    "area": "demoData",</w:t>
        <w:br/>
        <w:t xml:space="preserve">    "latestAccessIp": "demoData",</w:t>
        <w:br/>
        <w:t xml:space="preserve">    "device": "demoData",</w:t>
        <w:br/>
        <w:t xml:space="preserve">    "followUsers":{</w:t>
        <w:br/>
        <w:t xml:space="preserve">        "userId":"123",</w:t>
        <w:br/>
        <w:t xml:space="preserve">        "type":"wxwork"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"requestId": "97d9bc9c-c0d2-4639-acad-54b28335004c",</w:t>
        <w:br/>
        <w:tab/>
        <w:t>"data": {</w:t>
        <w:br/>
        <w:tab/>
        <w:tab/>
        <w:t>"name": "demoData",</w:t>
        <w:br/>
        <w:tab/>
        <w:tab/>
        <w:t>"lastCollectMobile": "demoData",</w:t>
        <w:br/>
        <w:tab/>
        <w:tab/>
        <w:t>"email": "demoData",</w:t>
        <w:br/>
        <w:tab/>
        <w:tab/>
        <w:t>"area": "demoData",</w:t>
        <w:br/>
        <w:tab/>
        <w:tab/>
        <w:t>"latestAccessIp": "demoData",</w:t>
        <w:br/>
        <w:tab/>
        <w:tab/>
        <w:t>"device": "demoData",</w:t>
        <w:br/>
        <w:tab/>
        <w:tab/>
        <w:t>"watchDuration": 0,</w:t>
        <w:br/>
        <w:tab/>
        <w:tab/>
        <w:t>"watchChannelCount": 0,</w:t>
        <w:br/>
        <w:tab/>
        <w:tab/>
        <w:t>"viewerUnionId": "2_2v0u6u75hw013ja684ba9co7lnppq4j9",</w:t>
        <w:br/>
        <w:tab/>
        <w:tab/>
        <w:t>"nickname": "demoData",</w:t>
        <w:br/>
        <w:tab/>
        <w:tab/>
        <w:t>"mobile": "demoData9",</w:t>
        <w:br/>
        <w:tab/>
        <w:tab/>
        <w:t>"source": "IMPORT",</w:t>
        <w:br/>
        <w:tab/>
        <w:tab/>
        <w:t>"latestAuthTime": 1712114620000,</w:t>
        <w:br/>
        <w:tab/>
        <w:tab/>
        <w:t>"createTime": 1712114620000</w:t>
        <w:br/>
        <w:tab/>
        <w:t>},</w:t>
        <w:br/>
        <w:tab/>
        <w:t>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响应新建成功的用户信息【详见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用户来源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采集姓名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lastCollectMobile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采集手机号码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latestAccessIp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最后访问IP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设备信息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watchChannelCount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观看频道数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latestAuthTime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最后授权时间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新增观众信息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createViewerTest()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"https://api.polyv.net/live/v4/user/viewer-record/create";</w:t>
        <w:br/>
        <w:t xml:space="preserve">    //业务参数</w:t>
        <w:br/>
        <w:t xml:space="preserve">    String mobile = "demoData";</w:t>
        <w:br/>
        <w:t xml:space="preserve">    String nickname = "demoData";</w:t>
        <w:br/>
        <w:br/>
        <w:t xml:space="preserve">    String name = "demoData";</w:t>
        <w:br/>
        <w:t xml:space="preserve">    String lastCollectMobile = "demoData";</w:t>
        <w:br/>
        <w:t xml:space="preserve">    String email = "demoData";</w:t>
        <w:br/>
        <w:t xml:space="preserve">    String area = "demoData";</w:t>
        <w:br/>
        <w:t xml:space="preserve">    String latestAccessIp = "demoData";</w:t>
        <w:br/>
        <w:t xml:space="preserve">    String device = "demoData";</w:t>
        <w:br/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jsonMap.put("mobile", mobile);</w:t>
        <w:br/>
        <w:t xml:space="preserve">    jsonMap.put("nickname", nickname);</w:t>
        <w:br/>
        <w:t xml:space="preserve">    jsonMap.put("name", name);</w:t>
        <w:br/>
        <w:t xml:space="preserve">    jsonMap.put("lastCollectMobile", lastCollectMobile);</w:t>
        <w:br/>
        <w:t xml:space="preserve">    jsonMap.put("email", email);</w:t>
        <w:br/>
        <w:t xml:space="preserve">    jsonMap.put("area", area);</w:t>
        <w:br/>
        <w:t xml:space="preserve">    jsonMap.put("latestAccessIp", latestAccessIp);</w:t>
        <w:br/>
        <w:t xml:space="preserve">    jsonMap.put("device", device);</w:t>
        <w:br/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log.info("测试新增观众信息结果：{}",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"97d9bc9c-c0d2-4639-acad-54b28335004c",</w:t>
        <w:br/>
        <w:t xml:space="preserve">    "data": {</w:t>
        <w:br/>
        <w:t xml:space="preserve">        "name": "demoData",</w:t>
        <w:br/>
        <w:t xml:space="preserve">        "lastCollectMobile": "demoData",</w:t>
        <w:br/>
        <w:t xml:space="preserve">        "email": "demoData",</w:t>
        <w:br/>
        <w:t xml:space="preserve">        "area": "demoData",</w:t>
        <w:br/>
        <w:t xml:space="preserve">        "latestAccessIp": "demoData",</w:t>
        <w:br/>
        <w:t xml:space="preserve">        "device": "demoData",</w:t>
        <w:br/>
        <w:t xml:space="preserve">        "watchDuration": 0,</w:t>
        <w:br/>
        <w:t xml:space="preserve">        "watchChannelCount": 0,</w:t>
        <w:br/>
        <w:t xml:space="preserve">        "viewerUnionId": "2_2v0u6u75hw013ja684ba9co7lnppq4j9",</w:t>
        <w:br/>
        <w:t xml:space="preserve">        "nickname": "demoData",</w:t>
        <w:br/>
        <w:t xml:space="preserve">        "mobile": "demoData9",</w:t>
        <w:br/>
        <w:t xml:space="preserve">        "source": "IMPORT",</w:t>
        <w:br/>
        <w:t xml:space="preserve">        "latestAuthTime": 1712114620000,</w:t>
        <w:br/>
        <w:t xml:space="preserve">        "createTime": 1712114620000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通过手机号导入用户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