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查询用户中奖记录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1、查询用户中奖记录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http://api.polyv.net/live/v4/user/lottery/list-personal-win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http://api.polyv.net/live/v4/user/lottery/list-personal-win?appId=frlr1zazn3&amp;sign=7F2F91A6A01C9BBA844141088C5E9F71&amp;timestamp=1672884419075&amp;viewerId=123&amp;pageNumber=1&amp;pageSize=10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抽奖信息数组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collectInfo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收货信息JSON字符串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acceptType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领取方式（form：表单，link：链接，qrCode：二维码）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是否已领取（true/false）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winnerCode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兑奖码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最后更新时间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是否收集信息（Y/N）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查询中奖记录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getGlobalFooterSettingTest()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"http://api.polyv.net/live/v4/user/lottery/list-personal-win";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requestMap.put("viewerId", viewerId);</w:t>
        <w:br/>
        <w:t xml:space="preserve">    requestMap.put("pageSize", pageSize);</w:t>
        <w:br/>
        <w:t xml:space="preserve">    requestMap.put("pageNumber", pageNumber);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log.info("测试查询观众抽奖记录成功：{}",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"59c9c97d15174c9687f6abeda8c6ebe3.66.17262970693838787",</w:t>
        <w:br/>
        <w:t xml:space="preserve">    "data": {</w:t>
        <w:br/>
        <w:t xml:space="preserve">        "pageNumber": 1,</w:t>
        <w:br/>
        <w:t xml:space="preserve">        "pageSize": 20,</w:t>
        <w:br/>
        <w:t xml:space="preserve">        "totalPages": 1,</w:t>
        <w:br/>
        <w:t xml:space="preserve">        "totalItems": 1,</w:t>
        <w:br/>
        <w:t xml:space="preserve">        "contents": [</w:t>
        <w:br/>
        <w:t xml:space="preserve">            {</w:t>
        <w:br/>
        <w:t xml:space="preserve">                "channelId": "3637403",</w:t>
        <w:br/>
        <w:t xml:space="preserve">                "channelName": "视频内容风险识别",</w:t>
        <w:br/>
        <w:t xml:space="preserve">                "sessionId": "ggsgdqza9s",</w:t>
        <w:br/>
        <w:t xml:space="preserve">                "collectInfo": "[{\"tips\":\"请输入您的名称\",\"required\":true,\"field\":\"姓名\",\"value\":\"观众\"},{\"tips\":\"请输入您的手机号码\",\"required\":true,\"field\":\"手机\",\"value\":\"131xxxx6615\"}]",</w:t>
        <w:br/>
        <w:t xml:space="preserve">                "acceptType": null,</w:t>
        <w:br/>
        <w:t xml:space="preserve">                "lotteryId": "ggsgf33ext",</w:t>
        <w:br/>
        <w:t xml:space="preserve">                "prize": "2",</w:t>
        <w:br/>
        <w:t xml:space="preserve">                "thumbnail": null,</w:t>
        <w:br/>
        <w:t xml:space="preserve">                "received": true,</w:t>
        <w:br/>
        <w:t xml:space="preserve">                "winnerCode": "w3hiMHut",</w:t>
        <w:br/>
        <w:t xml:space="preserve">                "activityName": "答题抽奖导出",</w:t>
        <w:br/>
        <w:t xml:space="preserve">                "createdTime": 1672327042000,</w:t>
        <w:br/>
        <w:t xml:space="preserve">                "lastModified": 1672327083000,</w:t>
        <w:br/>
        <w:t xml:space="preserve">                "receiveEnabled": null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查询用户中奖记录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