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查询用户等级列表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1、查询账号的用户等级列表，按等级顺序升序返回</w:t>
        <w:br/>
        <w:t>2、用户等级为账号级配置，账号下所有频道共用同一套等级；直播模板和频道只控制是否展示等级</w:t>
        <w:br/>
        <w:t>3、管理后台【用户】→【用户等级】和开放API读写同一份配置，任一入口保存成功后，另一入口查询到相同结果</w:t>
        <w:br/>
        <w:t>4、账号从未配置过用户等级时，首次查询会初始化5个默认等级（青铜、白银、黄金、钻石、皇冠）并保存</w:t>
        <w:br/>
        <w:t>5、接口支持https协议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http://api.polyv.net/live/v4/user/viewer-level/get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在线API调用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GET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2、接口根据签名中的 </w:t>
      </w:r>
      <w:r>
        <w:rPr>
          <w:rFonts w:ascii="Menlo" w:hAnsi="Menlo"/>
          <w:color w:val="444444"/>
          <w:sz w:val="20"/>
        </w:rPr>
        <w:t>appId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确定目标账号，不接收用户ID或频道号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3、用户等级的功能说明详见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用户等级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http://api.polyv.net/live/v4/user/viewer-level/get?appId=frlr1zazn3&amp;sign=49428741C1D7BEE8BE1EE545F066ECC7&amp;timestamp=1677167340447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用户等级列表，按等级顺序升序排列【详见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data参数描述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data参数描述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等级标识，账号内唯一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levelName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等级名称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levelIcon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等级图标URL，未设置时为null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levelBgColor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等级底色，格式为#RGB或#RRGGBB，未设置时为null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description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等级说明，仅用于后台识别和管理，不展示给观众，未设置时为null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requiredPoints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积分门槛，即观众获得该等级所需的最低累计获得积分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sortOrder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等级顺序，从1开始递增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>* 查询用户等级列表</w:t>
        <w:br/>
        <w:t>* @throws IOException</w:t>
        <w:br/>
        <w:t>* @throws NoSuchAlgorithmException</w:t>
        <w:br/>
        <w:t>*/</w:t>
        <w:br/>
        <w:t>@Test</w:t>
        <w:br/>
        <w:t>public void testViewerLevelGet()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"http://api.polyv.net/live/v4/user/viewer-level/get";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t xml:space="preserve">    requestMap.put("sign", LiveSignUtil.getSign(requestMap, appSecret));</w:t>
        <w:br/>
        <w:br/>
        <w:t xml:space="preserve">    String response = HttpUtil.get(url, requestMap);</w:t>
        <w:br/>
        <w:br/>
        <w:t xml:space="preserve">    log.info("测试查询用户等级列表，返回值：{}",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成功示例（首次查询时返回的默认等级）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"414afeb28f1c4f0ca17e1c3c1e39d247.71.16771673423081591",</w:t>
        <w:br/>
        <w:t xml:space="preserve">    "data": [</w:t>
        <w:br/>
        <w:t xml:space="preserve">        {</w:t>
        <w:br/>
        <w:t xml:space="preserve">            "levelId": "bronze",</w:t>
        <w:br/>
        <w:t xml:space="preserve">            "levelName": "青铜",</w:t>
        <w:br/>
        <w:t xml:space="preserve">            "levelIcon": "https://s1.videocc.net/default-img/level-icon/v1/bronze.png",</w:t>
        <w:br/>
        <w:t xml:space="preserve">            "levelBgColor": "#FF6456",</w:t>
        <w:br/>
        <w:t xml:space="preserve">            "description": null,</w:t>
        <w:br/>
        <w:t xml:space="preserve">            "requiredPoints": 1,</w:t>
        <w:br/>
        <w:t xml:space="preserve">            "sortOrder": 1</w:t>
        <w:br/>
        <w:t xml:space="preserve">        },</w:t>
        <w:br/>
        <w:t xml:space="preserve">        {</w:t>
        <w:br/>
        <w:t xml:space="preserve">            "levelId": "silver",</w:t>
        <w:br/>
        <w:t xml:space="preserve">            "levelName": "白银",</w:t>
        <w:br/>
        <w:t xml:space="preserve">            "levelIcon": "https://s1.videocc.net/default-img/level-icon/v1/silver.png",</w:t>
        <w:br/>
        <w:t xml:space="preserve">            "levelBgColor": "#5E81FF",</w:t>
        <w:br/>
        <w:t xml:space="preserve">            "description": null,</w:t>
        <w:br/>
        <w:t xml:space="preserve">            "requiredPoints": 1000,</w:t>
        <w:br/>
        <w:t xml:space="preserve">            "sortOrder": 2</w:t>
        <w:br/>
        <w:t xml:space="preserve">        },</w:t>
        <w:br/>
        <w:t xml:space="preserve">        {</w:t>
        <w:br/>
        <w:t xml:space="preserve">            "levelId": "gold",</w:t>
        <w:br/>
        <w:t xml:space="preserve">            "levelName": "黄金",</w:t>
        <w:br/>
        <w:t xml:space="preserve">            "levelIcon": "https://s1.videocc.net/default-img/level-icon/v1/gold.png",</w:t>
        <w:br/>
        <w:t xml:space="preserve">            "levelBgColor": "#FF894E",</w:t>
        <w:br/>
        <w:t xml:space="preserve">            "description": null,</w:t>
        <w:br/>
        <w:t xml:space="preserve">            "requiredPoints": 3000,</w:t>
        <w:br/>
        <w:t xml:space="preserve">            "sortOrder": 3</w:t>
        <w:br/>
        <w:t xml:space="preserve">        },</w:t>
        <w:br/>
        <w:t xml:space="preserve">        {</w:t>
        <w:br/>
        <w:t xml:space="preserve">            "levelId": "diamond",</w:t>
        <w:br/>
        <w:t xml:space="preserve">            "levelName": "钻石",</w:t>
        <w:br/>
        <w:t xml:space="preserve">            "levelIcon": "https://s1.videocc.net/default-img/level-icon/v1/diamond.png",</w:t>
        <w:br/>
        <w:t xml:space="preserve">            "levelBgColor": "#A361FF",</w:t>
        <w:br/>
        <w:t xml:space="preserve">            "description": null,</w:t>
        <w:br/>
        <w:t xml:space="preserve">            "requiredPoints": 5000,</w:t>
        <w:br/>
        <w:t xml:space="preserve">            "sortOrder": 4</w:t>
        <w:br/>
        <w:t xml:space="preserve">        },</w:t>
        <w:br/>
        <w:t xml:space="preserve">        {</w:t>
        <w:br/>
        <w:t xml:space="preserve">            "levelId": "crown",</w:t>
        <w:br/>
        <w:t xml:space="preserve">            "levelName": "皇冠",</w:t>
        <w:br/>
        <w:t xml:space="preserve">            "levelIcon": "https://s1.videocc.net/default-img/level-icon/v1/crown.png",</w:t>
        <w:br/>
        <w:t xml:space="preserve">            "levelBgColor": "#FB5C91",</w:t>
        <w:br/>
        <w:t xml:space="preserve">            "description": null,</w:t>
        <w:br/>
        <w:t xml:space="preserve">            "requiredPoints": 10000,</w:t>
        <w:br/>
        <w:t xml:space="preserve">            "sortOrder": 5</w:t>
        <w:br/>
        <w:t xml:space="preserve">        }</w:t>
        <w:br/>
        <w:t xml:space="preserve">    ],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"d310b70bc329403f87f77f9203d50f89.128.16360831552223589",</w:t>
        <w:br/>
        <w:t xml:space="preserve">    "error": {</w:t>
        <w:br/>
        <w:t xml:space="preserve">        "code": 20001,</w:t>
        <w:br/>
        <w:t xml:space="preserve">        "desc": "application not found."</w:t>
        <w:br/>
        <w:t xml:space="preserve">    },</w:t>
        <w:br/>
        <w:t xml:space="preserve">  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查询用户等级列表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