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修改页脚设置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1、修改全局页脚设置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http://api.polyv.net/live/v4/user/global-setting/footer/update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2、showFooterEnabled、footerText、footTextLinkProtocol、footTextLinkUrl 不传值默认不修改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showFooterEnabled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是否开启页脚Y：开启N：关闭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footerText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页脚文案，最大长度12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footTextLinkProtocol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页脚链接协议头http:// 或者 https://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footTextLinkUrl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页脚链接地址，最大长度50，不用带协议，</w:t>
            </w:r>
            <w:r>
              <w:rPr>
                <w:rFonts w:ascii="Menlo" w:hAnsi="Menlo"/>
                <w:color w:val="444444"/>
                <w:sz w:val="17"/>
              </w:rPr>
              <w:t>例如：www.polyv.net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http://api.polyv.net/live/v4/user/global-setting/footer/update?appId=frlr1zazn3&amp;sign=488A9283731A8D3552593050E0081206&amp;timestamp=1672884857202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"footerText": "保利威提供技术支持",</w:t>
        <w:br/>
        <w:t xml:space="preserve">    "footTextLinkUrl": "www.polyv.net",</w:t>
        <w:br/>
        <w:t xml:space="preserve">    "showFooterEnabled": "Y",</w:t>
        <w:br/>
        <w:t xml:space="preserve">    "footTextLinkProtocol": "https://"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请求成功返回true，请求失败返回空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修改页脚设置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updateGlobalFooterSettingTest()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"http://api.polyv.net/live/v4/user/global-setting/footer/update";</w:t>
        <w:br/>
        <w:t xml:space="preserve">    String showFooterEnabled = "Y";</w:t>
        <w:br/>
        <w:t xml:space="preserve">    String footerText = "保利威提供技术支持";</w:t>
        <w:br/>
        <w:t xml:space="preserve">    String footTextLinkProtocol = "https://";</w:t>
        <w:br/>
        <w:t xml:space="preserve">    String footTextLinkUrl = "www.polyv.net";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requestMap.put("sign", LiveSignUtil.getSign(requestMap, appSecret));</w:t>
        <w:br/>
        <w:br/>
        <w:t xml:space="preserve">    Map&lt;String, Object&gt; jsonMap = new HashMap&lt;&gt;();</w:t>
        <w:br/>
        <w:t xml:space="preserve">    jsonMap.put("showFooterEnabled", showFooterEnabled);</w:t>
        <w:br/>
        <w:t xml:space="preserve">    jsonMap.put("footerText", footerText);</w:t>
        <w:br/>
        <w:t xml:space="preserve">    jsonMap.put("footTextLinkProtocol", footTextLinkProtocol);</w:t>
        <w:br/>
        <w:t xml:space="preserve">    jsonMap.put("footTextLinkUrl", footTextLinkUrl);</w:t>
        <w:br/>
        <w:br/>
        <w:t xml:space="preserve">    url = HttpUtil.appendUrl(url, requestMap);</w:t>
        <w:br/>
        <w:t xml:space="preserve">    String response = HttpUtil.postJsonBody(url, JSON.toJSONString(jsonMap), null);</w:t>
        <w:br/>
        <w:br/>
        <w:t xml:space="preserve">    log.info("测试修改页脚设置成功：{}",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"f14199d88cde4db4920d1fc1deb5d2d2.64.16728213873928631",</w:t>
        <w:br/>
        <w:t xml:space="preserve">    "data": true,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修改页脚设置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