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修改全局回调设置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1、修改全局回调设置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http://api.polyv.net/live/v4/user/global-setting/callback/update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2、提交的回调地址必须要以 http:// 或者 https:// 开头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录制生成回调URL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recordFileCallBackType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回调录制文件内容all：全部回放视频last：最终回放视频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recordCallbackVideoType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回调文件类型m3u8：m3u8文件mp4：mp4文件m3u8,mp4：m3u8和mp4文件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rebirthVodCallbackEnabled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重制课件转存点播回调开关Y：开启N：关闭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pptRecordCallbackUrl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课件重制成功回调URL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直播状态改变回调URL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channelBasicUpdateCallbackUrl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频道直播间信息修改回调URL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liveScanCallbackUrl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直播内容审核不通过回调URL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playbackCacheCallbackUrl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直播回放缓存生成回调通知URL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视频创作信息回调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liveViolationCutoffCallbackUrl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直播违规断流回调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liveStatsCallbackUrl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直播数据统计信息回调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http://api.polyv.net/live/v4/user/global-setting/callback/update?appId=frlr1zazn3&amp;sign=1C6F581887B59B388325338DA850330D&amp;timestamp=1657852824050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"rebirthVodCallbackEnabled": "Y",</w:t>
        <w:br/>
        <w:t xml:space="preserve">    "recordCallbackUrl": "https://www.abc.com/callback1",</w:t>
        <w:br/>
        <w:t xml:space="preserve">    "streamCallbackUrl": "https://www.abc.com/callback3",</w:t>
        <w:br/>
        <w:t xml:space="preserve">    "recordFileCallBackType": "last",</w:t>
        <w:br/>
        <w:t xml:space="preserve">    "recordCallbackVideoType": "m3u8",</w:t>
        <w:br/>
        <w:t xml:space="preserve">    "playbackCallbackUrl": "https://www.abc.com/callback2",</w:t>
        <w:br/>
        <w:t xml:space="preserve">    "aiPptVideoCallbackUrl":"https://www.abc.com/callback4"</w:t>
        <w:br/>
        <w:t xml:space="preserve">    "liveViolationCutoffCallbackUrl":"https://www.abc.com/callback4"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LoggerFactory.getLogger(UserTest.class);</w:t>
        <w:br/>
        <w:t>/**</w:t>
        <w:br/>
        <w:t xml:space="preserve"> * 修改全局回调设置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updateCallbackTest()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"http://api.polyv.net/live/v4/user/global-setting/callback/update";</w:t>
        <w:br/>
        <w:t xml:space="preserve">    String recordCallbackUrl = "https://www.abc.com/callback1";</w:t>
        <w:br/>
        <w:t xml:space="preserve">    String recordFileCallBackType = "last";</w:t>
        <w:br/>
        <w:t xml:space="preserve">    String recordCallbackVideoType = "m3u8";</w:t>
        <w:br/>
        <w:t xml:space="preserve">    String playbackCallbackUrl = "https://www.abc.com/callback2";</w:t>
        <w:br/>
        <w:t xml:space="preserve">    String rebirthVodCallbackEnabled = "Y";</w:t>
        <w:br/>
        <w:t xml:space="preserve">    String streamCallbackUrl = "https://www.abc.com/callback3";</w:t>
        <w:br/>
        <w:t xml:space="preserve">    String aiPptVideoCallbackUrl = "https://www.abc.com/callback4";</w:t>
        <w:br/>
        <w:t xml:space="preserve">    String liveViolationCutoffCallbackUrl = "https://www.abc.com/callback4";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jsonMap.put("recordCallbackUrl", recordCallbackUrl);</w:t>
        <w:br/>
        <w:t xml:space="preserve">    jsonMap.put("recordFileCallBackType", recordFileCallBackType);</w:t>
        <w:br/>
        <w:t xml:space="preserve">    jsonMap.put("recordCallbackVideoType", recordCallbackVideoType);</w:t>
        <w:br/>
        <w:t xml:space="preserve">    jsonMap.put("playbackCallbackUrl", playbackCallbackUrl);</w:t>
        <w:br/>
        <w:t xml:space="preserve">    jsonMap.put("rebirthVodCallbackEnabled", rebirthVodCallbackEnabled);</w:t>
        <w:br/>
        <w:t xml:space="preserve">    jsonMap.put("streamCallbackUrl", streamCallbackUrl);</w:t>
        <w:br/>
        <w:t xml:space="preserve">    jsonMap.put("aiPptVideoCallbackUrl", aiPptVideoCallbackUrl);</w:t>
        <w:br/>
        <w:t xml:space="preserve">    jsonMap.put("liveViolationCutoffCallbackUrl", liveViolationCutoffCallbackUrl);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log.info("测试修改全局回调设置成功：{}",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"8acd0194a7b6459a8ab168fcf2b63153.69.16578528273261669",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修改全局回调设置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