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修改默认模板内容保护（防录屏）设置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1、更新内容保护默认模板设置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http://api.polyv.net/live/v4/user/template/marquee/update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内容保护开关 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antiRecordType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内容保护方式，内容保护开关开启时必填marquee：跑马灯watermark：水印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modelType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内容保护类型，内容保护开关开启时必填，水印方式时设置自定义URL无效 fixed：固定nickname：用户名diyurl：url自定义设置，仅跑马灯方式有效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内容保护类型是固定值时为设置内容 URL自定义设置时为网址，需要携带 http:// 或 https:// 内容保护类型为登录用户名时可不传，固定值和url自定义设置时必传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opacity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跑马灯透明度，范围0-99 水印透明度，范围0-100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字体大小 内容保护方式为跑马灯时：设置数值，范围1-256 内容保护方式为水印时： small：小 middle：中 large：大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跑马灯字体颜色，色值，例如：#FFFFFF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跑马灯显示方式 roll：滚动 flicker：闪烁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双跑马灯开关 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autoZoomEnabled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自定义缩放开关 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http://api.polyv.net/live/v4/user/template/marquee/update?appId=frlr1zazn3&amp;sign=EC5A0EF79FAE452F1393A33B10AD6173&amp;timestamp=1677201932605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"doubleEnabled": "N",</w:t>
        <w:br/>
        <w:t xml:space="preserve">    "autoZoomEnabled": "Y",</w:t>
        <w:br/>
        <w:t xml:space="preserve">    "enable": "Y",</w:t>
        <w:br/>
        <w:t xml:space="preserve">    "fontSize": "20",</w:t>
        <w:br/>
        <w:t xml:space="preserve">    "showMode": "flicker",</w:t>
        <w:br/>
        <w:t xml:space="preserve">    "modelType": "fixed",</w:t>
        <w:br/>
        <w:t xml:space="preserve">    "opacity": "80",</w:t>
        <w:br/>
        <w:t xml:space="preserve">    "content": "测试跑马灯内容test",</w:t>
        <w:br/>
        <w:t xml:space="preserve">    "fontColor": "#ff4d4f",</w:t>
        <w:br/>
        <w:t xml:space="preserve">    "antiRecordType": "marquee"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更新内容保护默认模板设置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updateMarqueeTemplateTest()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"http://api.polyv.net/live/v4/user/template/marquee/update";</w:t>
        <w:br/>
        <w:t xml:space="preserve">    String antiRecordType = "marquee";</w:t>
        <w:br/>
        <w:t xml:space="preserve">    String autoZoomEnabled = "Y";</w:t>
        <w:br/>
        <w:t xml:space="preserve">    String content = "测试跑马灯内容test";</w:t>
        <w:br/>
        <w:t xml:space="preserve">    String doubleEnabled = "N";</w:t>
        <w:br/>
        <w:t xml:space="preserve">    String enable = "Y";</w:t>
        <w:br/>
        <w:t xml:space="preserve">    String fontColor = "#ff4d4f";</w:t>
        <w:br/>
        <w:t xml:space="preserve">    String fontSize = "20";</w:t>
        <w:br/>
        <w:t xml:space="preserve">    String modelType = "fixed";</w:t>
        <w:br/>
        <w:t xml:space="preserve">    String opacity = "80";</w:t>
        <w:br/>
        <w:t xml:space="preserve">    String showMode = "flicker";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jsonMap.put("antiRecordType", antiRecordType);</w:t>
        <w:br/>
        <w:t xml:space="preserve">    jsonMap.put("autoZoomEnabled", autoZoomEnabled);</w:t>
        <w:br/>
        <w:t xml:space="preserve">    jsonMap.put("content", content);</w:t>
        <w:br/>
        <w:t xml:space="preserve">    jsonMap.put("doubleEnabled", doubleEnabled);</w:t>
        <w:br/>
        <w:t xml:space="preserve">    jsonMap.put("enable", enable);</w:t>
        <w:br/>
        <w:t xml:space="preserve">    jsonMap.put("fontColor", fontColor);</w:t>
        <w:br/>
        <w:t xml:space="preserve">    jsonMap.put("fontSize", fontSize);</w:t>
        <w:br/>
        <w:t xml:space="preserve">    jsonMap.put("modelType", modelType);</w:t>
        <w:br/>
        <w:t xml:space="preserve">    jsonMap.put("opacity", opacity);</w:t>
        <w:br/>
        <w:t xml:space="preserve">    jsonMap.put("showMode", showMode);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log.info("测试更新内容保护默认模板设置成功：{}",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"a5e9b1d15f544d7a9db6f038156a851d.67.16772019328880111",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修改默认模板内容保护（防录屏）设置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