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修改默认模板音频审核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1、修改音频审核默认模板设置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http://api.polyv.net/live/v4/user/template/audio-moderation/update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审核策略（easy：宽松，normal：一般，strict：严格）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badwordEnabled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严禁词开关Y：开启N：关闭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illegalNotify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违规通知设置</w:t>
            </w:r>
          </w:p>
        </w:tc>
      </w:tr>
    </w:tbl>
    <w:p>
      <w:pPr>
        <w:spacing w:after="40"/>
      </w:pPr>
    </w:p>
    <w:p>
      <w:pPr>
        <w:pStyle w:val="Heading2"/>
      </w:pPr>
      <w:r>
        <w:t>illegalNotify参数描述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talentEnabled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http://api.polyv.net/live/v4/user/template/video-moderation/update?appId=frlr1zazn3&amp;sign=9C73C7471CF969AD8AC042221C89551D&amp;timestamp=1677167340447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"moderationEnabled": "N",</w:t>
        <w:br/>
        <w:t xml:space="preserve">    "moderationStrategy": "finance_serious",</w:t>
        <w:br/>
        <w:t xml:space="preserve">    "badwordEnabled": "N",</w:t>
        <w:br/>
        <w:t xml:space="preserve">    "illegalNotify": {</w:t>
        <w:br/>
        <w:t xml:space="preserve">        "monitorEnabled": "Y",</w:t>
        <w:br/>
        <w:t xml:space="preserve">        "talentEnabled": "Y",</w:t>
        <w:br/>
        <w:t xml:space="preserve">        "assistantEnabled": "Y",</w:t>
        <w:br/>
        <w:t xml:space="preserve">        "platformEnabled": "Y"</w:t>
        <w:br/>
        <w:t xml:space="preserve">    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修改音频审核默认模板设置</w:t>
        <w:br/>
        <w:t>* @throws IOException</w:t>
        <w:br/>
        <w:t>* @throws NoSuchAlgorithmException</w:t>
        <w:br/>
        <w:t>*/</w:t>
        <w:br/>
        <w:t>@Test</w:t>
        <w:br/>
        <w:t>public void updateAudioModerationSettingTemplateTest()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"http://api.polyv.net/live/v4/user/template/video-moderation/update";</w:t>
        <w:br/>
        <w:t xml:space="preserve">    String moderationEnabled = "Y";</w:t>
        <w:br/>
        <w:t xml:space="preserve">    String moderationStrategy = "finance_serious";</w:t>
        <w:br/>
        <w:t xml:space="preserve">    String badwordEnabled = "Y";</w:t>
        <w:br/>
        <w:t xml:space="preserve">    IllegalNotify illegalNotify = new IllegalNotify();</w:t>
        <w:br/>
        <w:t xml:space="preserve">    illegalNotify.monitorEnabled = "Y";</w:t>
        <w:br/>
        <w:t xml:space="preserve">    illegalNotify.talentEnabled = "Y";</w:t>
        <w:br/>
        <w:t xml:space="preserve">    illegalNotify.assistantEnabled = "Y";</w:t>
        <w:br/>
        <w:t xml:space="preserve">    illegalNotify.platformEnabled = 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jsonMap.put("moderationEnabled", moderationEnabled);</w:t>
        <w:br/>
        <w:t xml:space="preserve">    jsonMap.put("moderationStrategy", moderationStrategy);</w:t>
        <w:br/>
        <w:t xml:space="preserve">    jsonMap.put("badwordEnabled", badwordEnabled);</w:t>
        <w:br/>
        <w:t xml:space="preserve">    jsonMap.put("illegalNotify", illegalNotify);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log.info("测试修改音频审核默认模板设置成功：{}",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"a5e9b1d15f544d7a9db6f038156a851d.71.16771673423081591",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修改默认模板音频审核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