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修改默认模板礼物打赏设置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1、修改直播模板礼物打赏设置，礼物打赏又分为现金支付和积分支付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http://api.polyv.net/live/v4/user/donate/gift/update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TemplateGiftDonate参数描述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现金支付列表，数组长度为1-18【详见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积分支付列表，数组长度为1-16【详见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礼物价格，默认0.01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开关，Y：开启，N：关闭，默认为N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http://api.polyv.net/live/v4/user/donate/gift/update?appId=frlr1zazn3&amp;sign=ECDDF7902925D558426182348FE3925D&amp;timestamp=1631091439270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"donateGiftEnabled": "Y",</w:t>
        <w:br/>
        <w:t xml:space="preserve">    "giftDonate": {</w:t>
        <w:br/>
        <w:t xml:space="preserve">        "cashPays": [</w:t>
        <w:br/>
        <w:t xml:space="preserve">            {</w:t>
        <w:br/>
        <w:t xml:space="preserve">                "img": "//s1.videocc.net/default-img/donate/666.png",</w:t>
        <w:br/>
        <w:t xml:space="preserve">                "price": "666",</w:t>
        <w:br/>
        <w:t xml:space="preserve">                "name": "现金礼物1",</w:t>
        <w:br/>
        <w:t xml:space="preserve">                "enabled": "Y"</w:t>
        <w:br/>
        <w:t xml:space="preserve">            }</w:t>
        <w:br/>
        <w:t xml:space="preserve">        ],</w:t>
        <w:br/>
        <w:t xml:space="preserve">        "pointUnit": "豆",</w:t>
        <w:br/>
        <w:t xml:space="preserve">        "pointPays": [</w:t>
        <w:br/>
        <w:t xml:space="preserve">            {</w:t>
        <w:br/>
        <w:t xml:space="preserve">                "img": "//s1.videocc.net/default-img/donate/666.png",</w:t>
        <w:br/>
        <w:t xml:space="preserve">                "price": "666",</w:t>
        <w:br/>
        <w:t xml:space="preserve">                "name": "积分礼物1",</w:t>
        <w:br/>
        <w:t xml:space="preserve">                "enabled": "Y"</w:t>
        <w:br/>
        <w:t xml:space="preserve">            }</w:t>
        <w:br/>
        <w:t xml:space="preserve">        ],</w:t>
        <w:br/>
        <w:t xml:space="preserve">        "payWay": "CASH"</w:t>
        <w:br/>
        <w:t xml:space="preserve">  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LoggerFactory.getLogger(UserDonateTest.class);</w:t>
        <w:br/>
        <w:br/>
        <w:t xml:space="preserve">    @Test</w:t>
        <w:br/>
        <w:t xml:space="preserve">    public void updateChannelDonate()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"http://api.polyv.net/live/v4/user/donate/gift/update";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Map&lt;String, Object&gt; jsonMap = new HashMap&lt;&gt;();</w:t>
        <w:br/>
        <w:t xml:space="preserve">        jsonMap.put("donateGiftEnabled","Y");</w:t>
        <w:br/>
        <w:t xml:space="preserve">        Map&lt;String, Object&gt; giftDonateMap = new HashMap&lt;&gt;();</w:t>
        <w:br/>
        <w:t xml:space="preserve">        giftDonateMap.put("payWay","CASH");</w:t>
        <w:br/>
        <w:t xml:space="preserve">        giftDonateMap.put("pointUnit","豆");</w:t>
        <w:br/>
        <w:t xml:space="preserve">        List&lt;Map&lt;String,Object&gt;&gt; cashPaysList = new ArrayList&lt;&gt;();</w:t>
        <w:br/>
        <w:t xml:space="preserve">        Map&lt;String,Object&gt; cash1 = new HashMap&lt;&gt;();</w:t>
        <w:br/>
        <w:t xml:space="preserve">        cash1.put("name","现金礼物1");</w:t>
        <w:br/>
        <w:t xml:space="preserve">        cash1.put("img","//s1.videocc.net/default-img/donate/666.png");</w:t>
        <w:br/>
        <w:t xml:space="preserve">        cash1.put("price","666");</w:t>
        <w:br/>
        <w:t xml:space="preserve">        cash1.put("enabled","Y");</w:t>
        <w:br/>
        <w:t xml:space="preserve">        cashPaysList.add(cash1);</w:t>
        <w:br/>
        <w:t xml:space="preserve">        giftDonateMap.put("cashPays",cashPaysList);</w:t>
        <w:br/>
        <w:t xml:space="preserve">        List&lt;Map&lt;String,Object&gt;&gt; pointPaysList = new ArrayList&lt;&gt;();</w:t>
        <w:br/>
        <w:t xml:space="preserve">        Map&lt;String,Object&gt; point1 = new HashMap&lt;&gt;();</w:t>
        <w:br/>
        <w:t xml:space="preserve">        point1.put("name","积分礼物1");</w:t>
        <w:br/>
        <w:t xml:space="preserve">        point1.put("img","//s1.videocc.net/default-img/donate/666.png");</w:t>
        <w:br/>
        <w:t xml:space="preserve">        point1.put("price","666");</w:t>
        <w:br/>
        <w:t xml:space="preserve">        point1.put("enabled","Y");</w:t>
        <w:br/>
        <w:t xml:space="preserve">        pointPaysList.add(point1);</w:t>
        <w:br/>
        <w:t xml:space="preserve">        giftDonateMap.put("pointPays",pointPaysList);</w:t>
        <w:br/>
        <w:t xml:space="preserve">        jsonMap.put("giftDonate",giftDonateMap);</w:t>
        <w:br/>
        <w:br/>
        <w:t xml:space="preserve">        url = HttpUtil.appendUrl(url,requestMap);</w:t>
        <w:br/>
        <w:br/>
        <w:t xml:space="preserve">        String response = HttpUtil.postJsonBody(url, JSON.toJSONString(jsonMap),null);</w:t>
        <w:br/>
        <w:br/>
        <w:t xml:space="preserve">        log.info("测试修改直播模板礼物打赏设置，返回值：{}",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"5d413aa5dc6b4cc1b79d4374aa5ac974.63.16310914532009701",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"4081dbac03e6441e8bdd301d8feee5a2.124.16360832547921601",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修改默认模板礼物打赏设置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