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查询默认模板角色权限设置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1、查询默认模板角色权限设置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http://api.polyv.net/live/v4/user/template/role-config/get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http://api.polyv.net/live/v4/user/template/role-config/get?timestamp=1721289427000&amp;appId=fso8gzbxlr&amp;sign=01FBD9537679A0ADFDC92B8DE8716289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模板-回放设置对象【详见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teacherConfig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讲师角色权限配置【详见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TeacherConfig参数描述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guestConfig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嘉宾角色权限配置【详见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GuestConfig参数描述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TeacherConfig参数描述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webStartCheckInDisplayEnabled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开播端签到功能显示开关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webStartLotteryDisplayEnabled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开播端抽奖功能显示开关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webStartQuestionnaireDisplayEnabled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开播端问卷功能显示开关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webStartAnswerDisplayEnabled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开播端答题卡功能显示开关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webStartTimerDisplayEnabled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开播端定时器功能显示开关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webStartRedPackDisplayEnabled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开播端红包功能显示开关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webStartCardPushDisplayEnabled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开播端卡片推送功能显示开关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webStartNotifyDisplayEnabled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开播端公告功能显示开关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webStartLinkMicDisplayEnabled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开播端连麦功能显示开关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webStartMultiMediaDisplayEnabled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开播端多媒体功能显示开关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webStartMembersDisplayEnabled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开播端成员列表功能显示开关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screenShareRetainCameraEnabled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共享保持摄像头状态开关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multiplexingDefaultLayout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混流布局默认应用 1：单人模式、2：平铺模式、3：主讲模式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cameraSingleModeEnabled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摄像头单人模式开关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aiVirtualBgUrl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AI抠像背景图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remixDefaultEnabled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混音默认开关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showSceneTemplateEnabled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是否显示场景模板开关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hideFramesDirectionEnabled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隐藏画面方向切换入口开关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defaultOpenMicLinkEnabled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是连麦默认方式 video：音视频、audio：音频</w:t>
            </w:r>
          </w:p>
        </w:tc>
      </w:tr>
    </w:tbl>
    <w:p>
      <w:pPr>
        <w:spacing w:after="40"/>
      </w:pPr>
    </w:p>
    <w:p>
      <w:pPr>
        <w:pStyle w:val="Heading2"/>
      </w:pPr>
      <w:r>
        <w:t>GuestConfig参数描述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webStartCheckInDisplayEnabled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开播端签到功能显示开关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webStartLotteryDisplayEnabled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开播端抽奖功能显示开关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webStartQuestionnaireDisplayEnabled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开播端问卷功能显示开关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webStartAnswerDisplayEnabled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开播端答题卡功能显示开关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webStartRedPackDisplayEnabled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开播端红包功能显示开关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webStartCardPushDisplayEnabled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开播端卡片推送功能显示开关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webStartNotifyDisplayEnabled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开播端公告功能显示开关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webStartLinkMicDisplayEnabled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开播端连麦功能显示开关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webStartMultiMediaDisplayEnabled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开播端多媒体功能显示开关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webStartMembersDisplayEnabled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开播端成员列表功能显示开关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screenShareRetainCameraEnabled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共享保持摄像头状态开关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cameraSingleModeEnabled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摄像头单人模式开关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aiVirtualBgUrl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AI抠像背景图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remixDefaultEnabled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混音默认开关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showSceneTemplateEnabled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是否显示场景模板开关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hideFramesDirectionEnabled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隐藏画面方向切换入口开关 Y：开启、N：关闭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查询角色权限默认模板设置</w:t>
        <w:br/>
        <w:t>* @throws IOException</w:t>
        <w:br/>
        <w:t>* @throws NoSuchAlgorithmException</w:t>
        <w:br/>
        <w:t>*/</w:t>
        <w:br/>
        <w:t>@Test</w:t>
        <w:br/>
        <w:t>public void getRoleConfigTemplateTest()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"http://api.polyv.net/live/v4/user/template/role-config/get";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log.info("测试查询角色权限默认模板设置成功：{}",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"requestId": "8f8672f1cd6a4a33a42974742c981c07.68.17212894281000069",</w:t>
        <w:br/>
        <w:tab/>
        <w:t>"data": {</w:t>
        <w:br/>
        <w:tab/>
        <w:tab/>
        <w:t>"teacherConfig": {</w:t>
        <w:br/>
        <w:tab/>
        <w:tab/>
        <w:tab/>
        <w:t>"webStartCheckInDisplayEnabled": "N",</w:t>
        <w:br/>
        <w:tab/>
        <w:tab/>
        <w:tab/>
        <w:t>"webStartLotteryDisplayEnabled": "Y",</w:t>
        <w:br/>
        <w:tab/>
        <w:tab/>
        <w:tab/>
        <w:t>"webStartQuestionnaireDisplayEnabled": "Y",</w:t>
        <w:br/>
        <w:tab/>
        <w:tab/>
        <w:tab/>
        <w:t>"webStartAnswerDisplayEnabled": "Y",</w:t>
        <w:br/>
        <w:tab/>
        <w:tab/>
        <w:tab/>
        <w:t>"webStartTimerDisplayEnabled": "Y",</w:t>
        <w:br/>
        <w:tab/>
        <w:tab/>
        <w:tab/>
        <w:t>"webStartRedPackDisplayEnabled": "Y",</w:t>
        <w:br/>
        <w:tab/>
        <w:tab/>
        <w:tab/>
        <w:t>"webStartCardPushDisplayEnabled": "Y",</w:t>
        <w:br/>
        <w:tab/>
        <w:tab/>
        <w:tab/>
        <w:t>"webStartNotifyDisplayEnabled": "Y",</w:t>
        <w:br/>
        <w:tab/>
        <w:tab/>
        <w:tab/>
        <w:t>"webStartLinkMicDisplayEnabled": "Y",</w:t>
        <w:br/>
        <w:tab/>
        <w:tab/>
        <w:tab/>
        <w:t>"webStartMultiMediaDisplayEnabled": "Y",</w:t>
        <w:br/>
        <w:tab/>
        <w:tab/>
        <w:tab/>
        <w:t>"webStartMembersDisplayEnabled": "Y",</w:t>
        <w:br/>
        <w:tab/>
        <w:tab/>
        <w:tab/>
        <w:t>"screenShareRetainCameraEnabled": "N",</w:t>
        <w:br/>
        <w:tab/>
        <w:tab/>
        <w:tab/>
        <w:t>"multiplexingDefaultLayout": "3",</w:t>
        <w:br/>
        <w:tab/>
        <w:tab/>
        <w:tab/>
        <w:t>"cameraSingleModeEnabled": "N",</w:t>
        <w:br/>
        <w:tab/>
        <w:tab/>
        <w:tab/>
        <w:t>"aiVirtualBgUrl": "https://polyv-doc.oss-cn-shenzhen.aliyuncs.com/images/default/default_ai_virtual_bg.jpg",</w:t>
        <w:br/>
        <w:tab/>
        <w:tab/>
        <w:tab/>
        <w:t>"remixDefaultEnabled": "N",</w:t>
        <w:br/>
        <w:tab/>
        <w:tab/>
        <w:tab/>
        <w:t>"defaultOpenMicLinkEnabled": "video"</w:t>
        <w:br/>
        <w:tab/>
        <w:tab/>
        <w:t>},</w:t>
        <w:br/>
        <w:tab/>
        <w:tab/>
        <w:t>"guestConfig": {</w:t>
        <w:br/>
        <w:tab/>
        <w:tab/>
        <w:tab/>
        <w:t>"webStartCheckInDisplayEnabled": "Y",</w:t>
        <w:br/>
        <w:tab/>
        <w:tab/>
        <w:tab/>
        <w:t>"webStartLotteryDisplayEnabled": "Y",</w:t>
        <w:br/>
        <w:tab/>
        <w:tab/>
        <w:tab/>
        <w:t>"webStartQuestionnaireDisplayEnabled": "Y",</w:t>
        <w:br/>
        <w:tab/>
        <w:tab/>
        <w:tab/>
        <w:t>"webStartAnswerDisplayEnabled": "Y",</w:t>
        <w:br/>
        <w:tab/>
        <w:tab/>
        <w:tab/>
        <w:t>"webStartRedPackDisplayEnabled": "Y",</w:t>
        <w:br/>
        <w:tab/>
        <w:tab/>
        <w:tab/>
        <w:t>"webStartCardPushDisplayEnabled": "Y",</w:t>
        <w:br/>
        <w:tab/>
        <w:tab/>
        <w:tab/>
        <w:t>"webStartNotifyDisplayEnabled": "Y",</w:t>
        <w:br/>
        <w:tab/>
        <w:tab/>
        <w:tab/>
        <w:t>"webStartLinkMicDisplayEnabled": "Y",</w:t>
        <w:br/>
        <w:tab/>
        <w:tab/>
        <w:tab/>
        <w:t>"webStartMultiMediaDisplayEnabled": "Y",</w:t>
        <w:br/>
        <w:tab/>
        <w:tab/>
        <w:tab/>
        <w:t>"webStartMembersDisplayEnabled": "Y",</w:t>
        <w:br/>
        <w:tab/>
        <w:tab/>
        <w:tab/>
        <w:t>"screenShareRetainCameraEnabled": "N",</w:t>
        <w:br/>
        <w:tab/>
        <w:tab/>
        <w:tab/>
        <w:t>"cameraSingleModeEnabled": "N",</w:t>
        <w:br/>
        <w:tab/>
        <w:tab/>
        <w:tab/>
        <w:t>"aiVirtualBgUrl": "https://polyv-doc.oss-cn-shenzhen.aliyuncs.com/images/default/default_ai_virtual_bg.jpg",</w:t>
        <w:br/>
        <w:tab/>
        <w:tab/>
        <w:tab/>
        <w:t>"remixDefaultEnabled": "N"</w:t>
        <w:br/>
        <w:tab/>
        <w:tab/>
        <w:t>}</w:t>
        <w:br/>
        <w:tab/>
        <w:t>},</w:t>
        <w:br/>
        <w:tab/>
        <w:t>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查询默认模板角色权限设置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