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查询默认模板回放设置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1、查询回放默认模板设置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http://api.polyv.net/live/v4/user/template/playback-setting/get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http://api.polyv.net/live/v4/user/template/playback-setting/get?appId=frlr1zazn3&amp;sign=82ADECF49C78E5F6399D99A6EDE4EEAD&amp;timestamp=1677167039930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模板-回放设置对象【详见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观看页回放方式 single：单个视频list：列表回放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回放视频来源 record：暂存playback：回放列表vod：点播列表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聊天回放开关Y：开启N：关闭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playbackMultiplierEnabled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倍数播放开关Y：开启N：关闭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playbackProgressBarOperationType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进度条操作方式drag 拖动,prohibitDrag 禁止拖动,dragHistoryOnly 只能拖动已观看内容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showPlayButtonEnabled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显示播放按钮开关Y：开启N：关闭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qaPlaybackEnabled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卡片推送互动重现开关Y：开启N：关闭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签到互动重现开关Y：开启N：关闭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查询回放默认模板设置</w:t>
        <w:br/>
        <w:t>* @throws IOException</w:t>
        <w:br/>
        <w:t>* @throws NoSuchAlgorithmException</w:t>
        <w:br/>
        <w:t>*/</w:t>
        <w:br/>
        <w:t>@Test</w:t>
        <w:br/>
        <w:t>public void getPlaybackSettingTest()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"http://api.polyv.net/live/v4/user/template/playback-setting/get";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log.info("测试查询回放默认模板设置成功：{}",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"62420aef40254ac2b8b13a9a0895d285.75.16771670417921429",</w:t>
        <w:br/>
        <w:t xml:space="preserve">    "data": {</w:t>
        <w:br/>
        <w:t xml:space="preserve">        "playbackEnabled": "Y",</w:t>
        <w:br/>
        <w:t xml:space="preserve">        "sectionEnabled": "N",</w:t>
        <w:br/>
        <w:t xml:space="preserve">        "type": "single",</w:t>
        <w:br/>
        <w:t xml:space="preserve">        "origin": "record",</w:t>
        <w:br/>
        <w:t xml:space="preserve">        "chatPlaybackEnabled": "Y",</w:t>
        <w:br/>
        <w:t xml:space="preserve">        "playbackMultiplierEnabled": "Y",</w:t>
        <w:br/>
        <w:t xml:space="preserve">        "playbackProgressBarEnabled": "N",</w:t>
        <w:br/>
        <w:t xml:space="preserve">        "playbackProgressBarOperationType": "drag",</w:t>
        <w:br/>
        <w:t xml:space="preserve">        "showPlayButtonEnabled": "N",</w:t>
        <w:br/>
        <w:t xml:space="preserve">        "chatPlaybackEnabled": "Y",</w:t>
        <w:br/>
        <w:t xml:space="preserve">        "productPlaybackEnabled": "Y",</w:t>
        <w:br/>
        <w:t xml:space="preserve">        "questionnairePlaybackEnabled": "Y",</w:t>
        <w:br/>
        <w:t xml:space="preserve">        "qaPlaybackEnabled": "Y",</w:t>
        <w:br/>
        <w:t xml:space="preserve">        "cardPushPlaybackEnabled": "Y",</w:t>
        <w:br/>
        <w:t xml:space="preserve">        "checkInPlaybackEnabled": "Y"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查询默认模板回放设置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