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查询默认模板打赏设置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1、查询直播模板打赏设置，包括现金打赏、礼物打赏，礼物打赏又分为现金支付和积分支付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http://api.polyv.net/live/v4/user/donate/get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http://api.polyv.net/live/v4/user/donate/get?appId=frlr1zazn3&amp;sign=0EEE910FFD45B0DCD4A71D490DEB83D6&amp;timestamp=1631091211556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成功响应时返回频道详细信息【详见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donateCashEnabled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现金红包打赏开关，Y：开启，N：关闭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cashDonate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现金红包【详见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TemplateCashDonateBO字段说明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donateGiftEnabled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giftDonate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礼物打赏（现金支付或积分支付）【详见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TemplateGiftDonateBO字段说明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TemplateCashDonateBO参数描述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固定打赏金额，数组长度在1-6，最小值0.01，最大值9999.99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cashMin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自定义打赏金额-最低金额，最小值0.01，最大值9999.99</w:t>
            </w:r>
          </w:p>
        </w:tc>
      </w:tr>
    </w:tbl>
    <w:p>
      <w:pPr>
        <w:spacing w:after="40"/>
      </w:pPr>
    </w:p>
    <w:p>
      <w:pPr>
        <w:pStyle w:val="Heading2"/>
      </w:pPr>
      <w:r>
        <w:t>TemplateGiftDonateBO参数描述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payWay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支付方式，CASH：现金支付，POINT：积分支付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cashPays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现金支付列表【详见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GiftDonate字段说明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pointPays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积分支付列表【详见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GiftDonate字段说明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GiftDonate参数描述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dynamicImg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动效缩略图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dynamicFile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动效文件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sequence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礼物顺序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单位 STATIC-静态图片 DYNAMIC-动态图片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private static final Logger log = LoggerFactory.getLogger(UserDonateTest.class);</w:t>
        <w:br/>
        <w:br/>
        <w:t xml:space="preserve">    @Test</w:t>
        <w:br/>
        <w:t xml:space="preserve">    public void getUserDonate() throws IOException, NoSuchAlgorithmException {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"http://api.polyv.net/live/v4/user/donate/get";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br/>
        <w:t xml:space="preserve">        requestMap.put("sign", LiveSignUtil.getSign(requestMap, appSecret));</w:t>
        <w:br/>
        <w:br/>
        <w:t xml:space="preserve">        String response = HttpUtil.get(url,requestMap);</w:t>
        <w:br/>
        <w:br/>
        <w:t xml:space="preserve">        log.info("测试查询直播模板打赏设置，返回值：{}", response);</w:t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"4b38eabb79824a409e7fd149f03425d7.73.16708091734594439",</w:t>
        <w:br/>
        <w:t xml:space="preserve">    "data": {</w:t>
        <w:br/>
        <w:t xml:space="preserve">        "donateCashEnabled": "Y",</w:t>
        <w:br/>
        <w:t xml:space="preserve">        "donateGiftEnabled": "Y",</w:t>
        <w:br/>
        <w:t xml:space="preserve">        "cashDonate": {</w:t>
        <w:br/>
        <w:t xml:space="preserve">            "cashs": [</w:t>
        <w:br/>
        <w:t xml:space="preserve">                0.81,</w:t>
        <w:br/>
        <w:t xml:space="preserve">                6.62,</w:t>
        <w:br/>
        <w:t xml:space="preserve">                8.83,</w:t>
        <w:br/>
        <w:t xml:space="preserve">                18.84,</w:t>
        <w:br/>
        <w:t xml:space="preserve">                66.65,</w:t>
        <w:br/>
        <w:t xml:space="preserve">                88.86</w:t>
        <w:br/>
        <w:t xml:space="preserve">            ],</w:t>
        <w:br/>
        <w:t xml:space="preserve">            "cashMin": 0.02</w:t>
        <w:br/>
        <w:t xml:space="preserve">        },</w:t>
        <w:br/>
        <w:t xml:space="preserve">        "giftDonate": {</w:t>
        <w:br/>
        <w:t xml:space="preserve">            "payWay": "POINT",</w:t>
        <w:br/>
        <w:t xml:space="preserve">            "cashUnit": null,</w:t>
        <w:br/>
        <w:t xml:space="preserve">            "pointUnit": "polyv积分",</w:t>
        <w:br/>
        <w:t xml:space="preserve">            "cashPays": [</w:t>
        <w:br/>
        <w:t xml:space="preserve">                {</w:t>
        <w:br/>
        <w:t xml:space="preserve">                    "name": "金手指",</w:t>
        <w:br/>
        <w:t xml:space="preserve">                    "img": "",</w:t>
        <w:br/>
        <w:t xml:space="preserve">                    "dynamicImg": "//liveimages.videocc.net/uploaded/images/2022/12/gg94fabgsb.png",</w:t>
        <w:br/>
        <w:t xml:space="preserve">                    "dynamicFile": "https://liveimages.videocc.net/uploaded/files/1b448be323/2022/12/gg932fa78u.svga",</w:t>
        <w:br/>
        <w:t xml:space="preserve">                    "price": 1.11,</w:t>
        <w:br/>
        <w:t xml:space="preserve">                    "sequence": 0,</w:t>
        <w:br/>
        <w:t xml:space="preserve">                    "enabled": "Y",</w:t>
        <w:br/>
        <w:t xml:space="preserve">                    "unit": null,</w:t>
        <w:br/>
        <w:t xml:space="preserve">                    "imgType": "DYNAMIC"</w:t>
        <w:br/>
        <w:t xml:space="preserve">                },</w:t>
        <w:br/>
        <w:t xml:space="preserve">                {</w:t>
        <w:br/>
        <w:t xml:space="preserve">                    "name": "红玫瑰",</w:t>
        <w:br/>
        <w:t xml:space="preserve">                    "img": "//liveimages.videocc.net/uploaded/images/2021/11/g41in083xo.png",</w:t>
        <w:br/>
        <w:t xml:space="preserve">                    "dynamicImg": null,</w:t>
        <w:br/>
        <w:t xml:space="preserve">                    "dynamicFile": null,</w:t>
        <w:br/>
        <w:t xml:space="preserve">                    "price": 6.66,</w:t>
        <w:br/>
        <w:t xml:space="preserve">                    "sequence": 1,</w:t>
        <w:br/>
        <w:t xml:space="preserve">                    "enabled": "Y",</w:t>
        <w:br/>
        <w:t xml:space="preserve">                    "unit": null,</w:t>
        <w:br/>
        <w:t xml:space="preserve">                    "imgType": null</w:t>
        <w:br/>
        <w:t xml:space="preserve">                }</w:t>
        <w:br/>
        <w:t xml:space="preserve">            ],</w:t>
        <w:br/>
        <w:t xml:space="preserve">            "pointPays": [</w:t>
        <w:br/>
        <w:t xml:space="preserve">                {</w:t>
        <w:br/>
        <w:t xml:space="preserve">                    "name": "666",</w:t>
        <w:br/>
        <w:t xml:space="preserve">                    "img": "//s1.videocc.net/default-img/donate/666.png",</w:t>
        <w:br/>
        <w:t xml:space="preserve">                    "dynamicImg": null,</w:t>
        <w:br/>
        <w:t xml:space="preserve">                    "dynamicFile": null,</w:t>
        <w:br/>
        <w:t xml:space="preserve">                    "price": 12.88,</w:t>
        <w:br/>
        <w:t xml:space="preserve">                    "sequence": 0,</w:t>
        <w:br/>
        <w:t xml:space="preserve">                    "enabled": "Y",</w:t>
        <w:br/>
        <w:t xml:space="preserve">                    "unit": null,</w:t>
        <w:br/>
        <w:t xml:space="preserve">                    "imgType": null</w:t>
        <w:br/>
        <w:t xml:space="preserve">                },</w:t>
        <w:br/>
        <w:t xml:space="preserve">                {</w:t>
        <w:br/>
        <w:t xml:space="preserve">                    "name": "恭喜发财",</w:t>
        <w:br/>
        <w:t xml:space="preserve">                    "img": "https://liveimages.videocc.net/uploaded/images/2021/11/g4b3010gmm.gif",</w:t>
        <w:br/>
        <w:t xml:space="preserve">                    "dynamicImg": null,</w:t>
        <w:br/>
        <w:t xml:space="preserve">                    "dynamicFile": null,</w:t>
        <w:br/>
        <w:t xml:space="preserve">                    "price": 66.88,</w:t>
        <w:br/>
        <w:t xml:space="preserve">                    "sequence": 1,</w:t>
        <w:br/>
        <w:t xml:space="preserve">                    "enabled": "Y",</w:t>
        <w:br/>
        <w:t xml:space="preserve">                    "unit": null,</w:t>
        <w:br/>
        <w:t xml:space="preserve">                    "imgType": null</w:t>
        <w:br/>
        <w:t xml:space="preserve">                }</w:t>
        <w:br/>
        <w:t xml:space="preserve">            ]</w:t>
        <w:br/>
        <w:t xml:space="preserve">        }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"d310b70bc329403f87f77f9203d50f89.128.16360832331303627",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查询默认模板打赏设置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