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发送阿里云短信通知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1、根据用户配置的模板发送短信通知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http://api.polyv.net/live/v4/user/sms/send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2、接口调用频率限制，单个用户、IP每日短信发送上限2000，单个手机号每日发送上限10条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3、使用前账号需要配置阿里云短信模板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phoneNumbers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手机号，长度11位，最大200个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templateParamNames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短信模板的参数名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templateParamValues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短信模板参数名对应的参数值，与参数名一一对应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http://api.polyv.net/live/v4/user/sms/send?appId=frlr1zazn3&amp;timestamp=1656903040000&amp;sign=9E0DCCEAB6A9D255717C9BEAB66CFDCA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"phoneNumbers": [1768909,17680476163],</w:t>
        <w:br/>
        <w:t xml:space="preserve">    "templateParamNames": ["code"],</w:t>
        <w:br/>
        <w:t xml:space="preserve">    "templateParamValues": [9802]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状态-1：发送失败，手机号超过每日发送频次限制-2：发送失败，手机号不合法（非数字、长度错误）11：发送失败（调用阿里云短信接口失败）12：发送成功（调用阿里云短信接口成功，进入短信发送队列等待发送，并非成功发送到手机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serialNo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发送成功时返回阿里云回执ID流水号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发送阿里云短信通知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sendSmsTest()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"http://api.polyv.net/live/v4/user/sms/send";</w:t>
        <w:br/>
        <w:t xml:space="preserve">    List&lt;String&gt; phoneNumbers = Arrays.asList("17677777777");</w:t>
        <w:br/>
        <w:t xml:space="preserve">    List&lt;String&gt; templateParamNames = Arrays.asList("code");</w:t>
        <w:br/>
        <w:t xml:space="preserve">    List&lt;String&gt; templateParamValues = Arrays.asList("9876");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jsonMap.put("phoneNumbers", phoneNumbers);</w:t>
        <w:br/>
        <w:t xml:space="preserve">    jsonMap.put("templateParamNames", templateParamNames);</w:t>
        <w:br/>
        <w:t xml:space="preserve">    jsonMap.put("templateParamValues", templateParamValues);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log.info("测试发送短信通知成功：{}",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"f2a4a564-4dd6-4a9f-b58e-05580cd69939",</w:t>
        <w:br/>
        <w:t xml:space="preserve">    "data": [</w:t>
        <w:br/>
        <w:t xml:space="preserve">        {</w:t>
        <w:br/>
        <w:t xml:space="preserve">            "serialNo": "605320356903663783^0",</w:t>
        <w:br/>
        <w:t xml:space="preserve">            "phoneNumber": "17680476163",</w:t>
        <w:br/>
        <w:t xml:space="preserve">            "status": 12</w:t>
        <w:br/>
        <w:t xml:space="preserve">        },</w:t>
        <w:br/>
        <w:t xml:space="preserve">        {</w:t>
        <w:br/>
        <w:t xml:space="preserve">            "serialNo": null,</w:t>
        <w:br/>
        <w:t xml:space="preserve">            "phoneNumber": "1768909",</w:t>
        <w:br/>
        <w:t xml:space="preserve">            "status": -2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发送阿里云短信通知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