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查询商品订单列表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1、查询商品订单列表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订单状态，待支付:wait_pay、待发货:wait_delivery、待收货:delivering、已完成:finish、已关闭:close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deliveryType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物流方式，有物流:express、无物流:virtual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订单创建开始时间，格式yyyy-MM-dd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订单创建结束时间，格式yyyy-MM-dd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startPayTime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订单支付开始时间，格式yyyy-MM-dd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endPayTime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订单支付结束时间，格式yyyy-MM-dd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startDeliveryTime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订单发货开始时间，格式yyyy-MM-dd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endDeliveryTime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订单发货结束时间，格式yyyy-MM-dd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startFinishTime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订单完成开始时间，格式yyyy-MM-dd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endFinishTime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订单完成结束时间，格式yyyy-MM-dd HH:mm:ss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http://api.polyv.net/live/v4/user/product/order/list?appId=frlr1zazn3&amp;timestamp=1665629374000&amp;sign=6CFA3141718E1AF0155889EEA2988206&amp;pageNumber=1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ProductOrder字段说明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ProductOrder响应描述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transactionId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微信订单号,支付成功才有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expressEnabled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是否有物流，Y是、N否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订单状态，待支付:wait_pay、待发货:wait_delivery、待收货:delivering、已完成:finish、已关闭:close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deliveryTime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发货时间,13位毫秒级时间戳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AddressExt字段说明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订单商品信息【详见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AddressExt响应描述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收货地址省市信息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收货地址详细地址</w:t>
            </w:r>
          </w:p>
        </w:tc>
      </w:tr>
    </w:tbl>
    <w:p>
      <w:pPr>
        <w:spacing w:after="40"/>
      </w:pPr>
    </w:p>
    <w:p>
      <w:pPr>
        <w:pStyle w:val="Heading3"/>
      </w:pPr>
      <w:r>
        <w:t>Products响应描述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productSnapshotId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商品快照ID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商品总金额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商品封面图片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LoggerFactory.getLogger(ProductOrderTest.class);</w:t>
        <w:br/>
        <w:t>/**</w:t>
        <w:br/>
        <w:t xml:space="preserve"> * 查询商品订单列表</w:t>
        <w:br/>
        <w:t xml:space="preserve"> * @throws IOException</w:t>
        <w:br/>
        <w:t xml:space="preserve"> */</w:t>
        <w:br/>
        <w:t>@Test</w:t>
        <w:br/>
        <w:t>public void testGetProductOrderList()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"http://api.polyv.net/live/v4/user/product/order/list";</w:t>
        <w:br/>
        <w:t xml:space="preserve">    String page = "1";</w:t>
        <w:br/>
        <w:t xml:space="preserve">    String size = "10";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requestMap.put("pageNumber",page);</w:t>
        <w:br/>
        <w:t xml:space="preserve">    requestMap.put("pageSize", size);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log.info("测试查询商品订单列表：{}",response);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"868a149e6cda4ff19fdcb654ad50f912.68.17210341237000099",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"orderNo": "product202405221129011833ad",</w:t>
        <w:br/>
        <w:t xml:space="preserve">                "channelId": 4872391,</w:t>
        <w:br/>
        <w:t xml:space="preserve">                "viewerId": "c_4nv36e832udqged0g7t565t4zoasuo9y",</w:t>
        <w:br/>
        <w:t xml:space="preserve">                "viewerNickName": "斌",</w:t>
        <w:br/>
        <w:t xml:space="preserve">                "transactionId": "4200002204202405229969120950",</w:t>
        <w:br/>
        <w:t xml:space="preserve">                "amount": 0.01,</w:t>
        <w:br/>
        <w:t xml:space="preserve">                "status": "finish",</w:t>
        <w:br/>
        <w:t xml:space="preserve">                "expireTime": 1716349441000,</w:t>
        <w:br/>
        <w:t xml:space="preserve">                "payTime": 1716348582000,</w:t>
        <w:br/>
        <w:t xml:space="preserve">                "deliveryTime": 1717746827000,</w:t>
        <w:br/>
        <w:t xml:space="preserve">                "finishTime": 1717747300000,</w:t>
        <w:br/>
        <w:t xml:space="preserve">                "createTime": 1716348541000,</w:t>
        <w:br/>
        <w:t xml:space="preserve">                "addressExt": {</w:t>
        <w:br/>
        <w:t xml:space="preserve">                    "mobile": "15812345678",</w:t>
        <w:br/>
        <w:t xml:space="preserve">                    "name": "小明",</w:t>
        <w:br/>
        <w:t xml:space="preserve">                    "area": "广东省/广州市/天河区",</w:t>
        <w:br/>
        <w:t xml:space="preserve">                    "address": "详细地址01"</w:t>
        <w:br/>
        <w:t xml:space="preserve">                },</w:t>
        <w:br/>
        <w:t xml:space="preserve">                "products": [</w:t>
        <w:br/>
        <w:t xml:space="preserve">                    {</w:t>
        <w:br/>
        <w:t xml:space="preserve">                        "productSnapshotId": 1,</w:t>
        <w:br/>
        <w:t xml:space="preserve">                        "amount": 0.01,</w:t>
        <w:br/>
        <w:t xml:space="preserve">                        "quantity": 1,</w:t>
        <w:br/>
        <w:t xml:space="preserve">                        "totalAmount": 0.01,</w:t>
        <w:br/>
        <w:t xml:space="preserve">                        "productCover": "//liveimages.videocc.net/uploaded/images/2024/05/gwc3u3jkh0.jpg",</w:t>
        <w:br/>
        <w:t xml:space="preserve">                        "productName": "键盘",</w:t>
        <w:br/>
        <w:t xml:space="preserve">                        "deliveryType": "express",</w:t>
        <w:br/>
        <w:t xml:space="preserve">                        "customerServiceType": null,</w:t>
        <w:br/>
        <w:t xml:space="preserve">                        "customerServiceContact": null</w:t>
        <w:br/>
        <w:t xml:space="preserve">                    }</w:t>
        <w:br/>
        <w:t xml:space="preserve">                ],</w:t>
        <w:br/>
        <w:t xml:space="preserve">                "expressEnabled": "Y"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查询商品订单列表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