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批量更新订单状态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1、量更新订单状态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http://api.polyv.net/live/v4/user/product/order/update-batch-status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orderNos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订单号数组，最大数量1000个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更新订单状态，待收货:delivering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http://api.polyv.net/live/v4/user/product/order/update-batch-status?appId=frlr1zazn3&amp;timestamp=1665629374000&amp;sign=6CFA3141718E1AF0155889EEA2988206&amp;pageNumber=1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"orderNos": ["product2024052118172258515c"],</w:t>
        <w:br/>
        <w:t xml:space="preserve">    "status": "delivering"</w:t>
        <w:br/>
        <w:t>}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处理结果数据【详见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successOrderNos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成功的订单号列表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failOrderList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失败的订单信息【详见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FailOrder字段说明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FailOrder参数描述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失败错误码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失败信息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LoggerFactory.getLogger(ProductOrderTest.class);</w:t>
        <w:br/>
        <w:t>/**</w:t>
        <w:br/>
        <w:t xml:space="preserve"> * 更新商品订单状态</w:t>
        <w:br/>
        <w:t xml:space="preserve"> * @throws IOException</w:t>
        <w:br/>
        <w:t xml:space="preserve"> */</w:t>
        <w:br/>
        <w:t>@Test</w:t>
        <w:br/>
        <w:t>public void testUpdateProductOrderStatus()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br/>
        <w:t xml:space="preserve">    //业务参数</w:t>
        <w:br/>
        <w:t xml:space="preserve">    String url = "http://api.polyv.net/live/v4/user/product/order/update-batch-status";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jsonMap.put("orderNos", Lists.newArrayList(product2024052118172258515c));</w:t>
        <w:br/>
        <w:t xml:space="preserve">    jsonMap.put("status", "delivering");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log.info("测试更新商品订单状态成功：{}",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"requestId": "d31c72c20ec2481cbbee4d326a1a6acc.76.17210368125610065",</w:t>
        <w:br/>
        <w:tab/>
        <w:t>"data": null,</w:t>
        <w:br/>
        <w:tab/>
        <w:t>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批量更新订单状态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