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删除组织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1、通过组织ID删除组织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http://api.polyv.net/live/v4/user/organization/delete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2、组织节点或子孙节点若存在子账号则不允许删除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组织ID，组织节点或子孙节点若存在子账号则不允许删除，若该组织节点存在子孙节点将全部删除【可通过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查询组织架构列表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http://api.polyv.net/live/v4/user/organization/delete?organizationId=2757&amp;appId=frlr1zazn3&amp;sign=76DDEEF58DF8BEEB611901681FEFF13E&amp;timestamp=1670550957005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成功或失败均返回null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删除组织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deleteOrganizationTest()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"http://api.polyv.net/live/v4/user/organization/delete";</w:t>
        <w:br/>
        <w:t xml:space="preserve">    String organizationId = "2757";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requestMap.put("organizationId", organizationId);</w:t>
        <w:br/>
        <w:br/>
        <w:t xml:space="preserve">    requestMap.put("sign", LiveSignUtil.getSign(requestMap, appSecret));</w:t>
        <w:br/>
        <w:t xml:space="preserve">    url = MapUtil.appendUrl(url, requestMap);</w:t>
        <w:br/>
        <w:t xml:space="preserve">    String response = HttpUtil.postFormBody(url, null);</w:t>
        <w:br/>
        <w:br/>
        <w:t xml:space="preserve">    log.info("测试删除组织成功：{}",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"ea917b23a1114d82b16dd9ad4ae89b31.71.16704816391674939",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删除组织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