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查询直播日历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1、按时间范围查询账号下的直播安排（直播日历），返回时间范围内逐日的直播列表</w:t>
        <w:br/>
        <w:t>2、仅返回已设置直播时间的频道；开启了系列直播（多场次）的频道，按场次返回，并携带场次ID和场次名称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https://api.polyv.net/live/v4/user/live-calendar/list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1、接口同时支持HTTP、HTTPS，建议使用HTTPS确保接口安全，接口调用有频率限制，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2、startDate、endDate 为必填，且 startDate 不能大于 endDate，查询跨度不能超过 35 天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3、日历仅包含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已设置直播时间</w:t>
      </w:r>
      <w:r>
        <w:rPr>
          <w:rFonts w:ascii="Source Han Sans SC" w:hAnsi="Source Han Sans SC" w:eastAsia="Source Han Sans SC" w:cs="Source Han Sans SC" w:hint="eastAsia"/>
          <w:sz w:val="21"/>
        </w:rPr>
        <w:t>的频道，未设置直播时间的频道不会出现在返回结果中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4、返回结果按天铺满整个查询区间，当天没有直播时 lives 为空数组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签名，为32位大写的MD5值，生成签名的appSecret密钥作为通信数据安全的关键信息，严禁保存在客户端直接使用，所有API都必须通过客户自己服务器中转调用POLYV服务器获取响应数据【详见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查询结束日期，格式：yyyy-MM-dd，须大于等于 startDate，且与 startDate 的跨度不超过 35 天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https://api.polyv.net/live/v4/user/live-calendar/list?appId=frlr1zazn3&amp;timestamp=1720406400000&amp;startDate=2026-08-01&amp;endDate=2026-08-03&amp;sign=14A0FA6A31D03D9D1164F55A14E6DB5B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直播日历信息【详见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dailyLiveSchedules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按天分组的直播安排列表，查询区间内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每一天都会返回一项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dailyLiveSchedules字段说明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dailyLiveSchedules参数描述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当天的直播列表，按开始时间升序；当天没有直播时为空数组【详见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lives参数描述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场次ID，仅开启了系列直播（多场次）的频道返回，未开启时返回 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场次名称，仅开启了系列直播（多场次）的频道返回，未开启时返回 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直播结束时间，13位毫秒级时间戳；未设置结束时间时返回 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主讲昵称，未设置时返回 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主讲头衔，未设置时返回 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主讲头像地址，未设置时返回 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直播状态说明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直播状态说明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正在直播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pause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暂停中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unStart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未开始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testing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调试中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banpush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已禁播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已超时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快速接入基础代码请下载相关依赖源码，点击下载源代码，下载后加入到自己的源码工程中即可。测试用例中的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>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LoggerFactory.getLogger(UserTest.class);</w:t>
        <w:br/>
        <w:t>/**</w:t>
        <w:br/>
        <w:t xml:space="preserve"> * 查询直播日历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testListLiveCalendar() throws IOException, NoSuchAlgorithmException {</w:t>
        <w:br/>
        <w:t xml:space="preserve">    // 公共参数，填写自己的实际参数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 业务参数</w:t>
        <w:br/>
        <w:t xml:space="preserve">    String url = "https://api.polyv.net/live/v4/user/live-calendar/list";</w:t>
        <w:br/>
        <w:br/>
        <w:t xml:space="preserve">    // http调用逻辑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requestMap.put("startDate", "2026-08-01");</w:t>
        <w:br/>
        <w:t xml:space="preserve">    requestMap.put("endDate", "2026-08-03");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t xml:space="preserve">    log.info("测试查询直播日历成功：{}", response);</w:t>
        <w:br/>
        <w:t xml:space="preserve">    // 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"7c4ef056-1f32-4dfe-a970-5d29515ab600",</w:t>
        <w:br/>
        <w:t xml:space="preserve">    "data": {</w:t>
        <w:br/>
        <w:t xml:space="preserve">        "dailyLiveSchedules": [</w:t>
        <w:br/>
        <w:t xml:space="preserve">            {</w:t>
        <w:br/>
        <w:t xml:space="preserve">                "date": "2026-08-01",</w:t>
        <w:br/>
        <w:t xml:space="preserve">                "lives": [</w:t>
        <w:br/>
        <w:t xml:space="preserve">                    {</w:t>
        <w:br/>
        <w:t xml:space="preserve">                        "channelId": 1234567,</w:t>
        <w:br/>
        <w:t xml:space="preserve">                        "channelName": "8月新品发布会",</w:t>
        <w:br/>
        <w:t xml:space="preserve">                        "sessionId": null,</w:t>
        <w:br/>
        <w:t xml:space="preserve">                        "sessionName": null,</w:t>
        <w:br/>
        <w:t xml:space="preserve">                        "startTime": 1785000000000,</w:t>
        <w:br/>
        <w:t xml:space="preserve">                        "endTime": 1785010800000,</w:t>
        <w:br/>
        <w:t xml:space="preserve">                        "teacherName": "张三",</w:t>
        <w:br/>
        <w:t xml:space="preserve">                        "teacherActor": "讲师",</w:t>
        <w:br/>
        <w:t xml:space="preserve">                        "teacherAvatar": "//s1.videocc.net/default-img/avatar/teacher.png",</w:t>
        <w:br/>
        <w:t xml:space="preserve">                        "status": "waiting"</w:t>
        <w:br/>
        <w:t xml:space="preserve">                    }</w:t>
        <w:br/>
        <w:t xml:space="preserve">                ]</w:t>
        <w:br/>
        <w:t xml:space="preserve">            },</w:t>
        <w:br/>
        <w:t xml:space="preserve">            {</w:t>
        <w:br/>
        <w:t xml:space="preserve">                "date": "2026-08-02",</w:t>
        <w:br/>
        <w:t xml:space="preserve">                "lives": [</w:t>
        <w:br/>
        <w:t xml:space="preserve">                    {</w:t>
        <w:br/>
        <w:t xml:space="preserve">                        "channelId": 7654321,</w:t>
        <w:br/>
        <w:t xml:space="preserve">                        "channelName": "8月系列课",</w:t>
        <w:br/>
        <w:t xml:space="preserve">                        "sessionId": "hklgq621x0",</w:t>
        <w:br/>
        <w:t xml:space="preserve">                        "sessionName": "第一场",</w:t>
        <w:br/>
        <w:t xml:space="preserve">                        "startTime": 1785088800000,</w:t>
        <w:br/>
        <w:t xml:space="preserve">                        "endTime": 1785096000000,</w:t>
        <w:br/>
        <w:t xml:space="preserve">                        "teacherName": "李四",</w:t>
        <w:br/>
        <w:t xml:space="preserve">                        "teacherActor": "讲师",</w:t>
        <w:br/>
        <w:t xml:space="preserve">                        "teacherAvatar": "//s1.videocc.net/default-img/avatar/teacher.png",</w:t>
        <w:br/>
        <w:t xml:space="preserve">                        "status": "unStart"</w:t>
        <w:br/>
        <w:t xml:space="preserve">                    }</w:t>
        <w:br/>
        <w:t xml:space="preserve">                ]</w:t>
        <w:br/>
        <w:t xml:space="preserve">            },</w:t>
        <w:br/>
        <w:t xml:space="preserve">            {</w:t>
        <w:br/>
        <w:t xml:space="preserve">                "date": "2026-08-03",</w:t>
        <w:br/>
        <w:t xml:space="preserve">                "lives": []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10001,</w:t>
        <w:br/>
        <w:t xml:space="preserve">        "desc": "开始日期不能大于结束日期，且查询跨度不能超过35天"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查询直播日历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