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编辑标签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1、编辑标签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标签名称，最大8个字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"labelId": "zpmz3640wkxpj267",</w:t>
        <w:br/>
        <w:t xml:space="preserve">    "labelName": "测试标签"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新增标签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"https://api.polyv.net/live/v4/user/label/update";</w:t>
        <w:br/>
        <w:t xml:space="preserve">    String labelName = "测试标签";</w:t>
        <w:br/>
        <w:t xml:space="preserve">    String labelId = "zpmz3640wkxpj267";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jsonMap.put("labelId", labelName);</w:t>
        <w:br/>
        <w:t xml:space="preserve">    jsonMap.put("labelName", labelName);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log.info("测试修改标签结果：{}",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