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频道批量添加标签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1、频道批量添加标签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https://api.polyv.net/live/v4/channel/label-ref/save-batch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频道ID数组，最多100个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标签ID数组，最多50个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https://api.polyv.net/live/v4/channel/label-ref/save-batch?appId=frlr1zazn3&amp;sign=012332FBD8DBCFC068AFCB484A2ADECB&amp;timestamp=1670550787318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"channelIds":[10001, 10002],</w:t>
        <w:br/>
        <w:t xml:space="preserve">    "labelIds":["k48fuvchvmsirky0", "zylw8zzi3p7mrqr4"]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标签数据 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频道批量添加标签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addChannelLabelRefsTest()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"https://api.polyv.net/live/v4/channel/label-ref/save-batch";</w:t>
        <w:br/>
        <w:t xml:space="preserve">    String labelName = "测试标签";</w:t>
        <w:br/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jsonMap.put("channelIds", Arrays.asList(1001, 1002));</w:t>
        <w:br/>
        <w:t xml:space="preserve">    jsonMap.put("labelIds", Arrays.asList("zylw8zzi3p7mrqr4", "k48fuvchvmsirky0"));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log.info("测试新建标签结果：{}",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"78de516b69364aeabe7d080e7228cc5c.77.16705507903976231",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频道批量添加标签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