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修改邀请员信息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1、修改账号下的某些邀请员的信息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https://api.polyv.net/live/v4/user/invite-sales/update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viewerUnionIds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要操作的邀请员用户ID列表，每次调用最多操作200个用户。如果存在无效的用户ID，则操作失败。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邀请员所属组织ID。</w:t>
            </w:r>
          </w:p>
        </w:tc>
      </w:tr>
    </w:tbl>
    <w:p>
      <w:pPr>
        <w:spacing w:after="40"/>
      </w:pPr>
    </w:p>
    <w:p>
      <w:pPr>
        <w:pStyle w:val="Heading2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https://api.polyv.net/v4/user/invite-sales/add?appId=xxx&amp;timestamp=1670471250000&amp;sign=xxx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"viewerUnionIds": [</w:t>
        <w:br/>
        <w:t xml:space="preserve">        "xxxabc",</w:t>
        <w:br/>
        <w:t xml:space="preserve">        "xxxdef"</w:t>
        <w:br/>
        <w:t xml:space="preserve">    ],</w:t>
        <w:br/>
        <w:t xml:space="preserve">    "organizationId": 123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error对象说明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error对象说明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java.util.Arrays;</w:t>
        <w:br/>
        <w:br/>
        <w:t>public void 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List&lt;String&gt; viewerUnionIds = Arrays.asList("xxxabc", "xxxdef");</w:t>
        <w:br/>
        <w:t xml:space="preserve">    Integer organizationId = 123;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Map&lt;String, Object&gt; jsonMap = new HashMap&lt;&gt;();</w:t>
        <w:br/>
        <w:t xml:space="preserve">    jsonMap.put("viewerUnionIds", viewerUnionIds);</w:t>
        <w:br/>
        <w:t xml:space="preserve">    jsonMap.put("organizationId", organizationId);</w:t>
        <w:br/>
        <w:br/>
        <w:t xml:space="preserve">    String url = "https://api.polyv.net/v4/user/invite-sales/update";</w:t>
        <w:br/>
        <w:t xml:space="preserve">    url = HttpUtil.appendUrl(url, requestMap);</w:t>
        <w:br/>
        <w:t xml:space="preserve">    String response = HttpUtil.postJsonBody(url, JSON.toJSONString(jsonMap), null);</w:t>
        <w:br/>
        <w:t xml:space="preserve">    log.info("response: 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"success": true,</w:t>
        <w:br/>
        <w:t xml:space="preserve">    "requestId": "5b33d00b-d284-4a3d-adcd-38210f8681c8",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失败示例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"success": false,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修改邀请员信息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