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获取邀请员的绑定观众列表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1、支持按特定的条件去过滤、获取账号下的邀请员的绑定观众列表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https://api.polyv.net/live/v4/user/invite-sales/follow-viewer/list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inviteCustomerId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邀请员用户ID，精准匹配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inviteCustomerNickname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邀请员昵称关键字，支持模糊匹配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观众用户ID，精准匹配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观众昵称关键字，支持模糊匹配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观众手机号码，精准匹配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followStatusList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观众绑定状态列表，多个以英文逗号分隔。0-待跟进；1-已绑定；2-已解绑。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页码（最大1000页）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https://api.polyv.net/v4/user/invite-sales/follow-viewer/list?appId=xxx&amp;timestamp=1670471250000&amp;sign=xxx&amp;telephone=18112345678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具体的响应数据【详见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绑定观众信息列表【详见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inviteCustomerId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inviteCustomerNickname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观众绑定状态列表。0-待跟进；1-已绑定；2-已解绑。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绑定时间，格式为13位时间戳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error对象说明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telephone = "18112345678";</w:t>
        <w:br/>
        <w:br/>
        <w:t xml:space="preserve">    String url = "https://api.polyv.net/v4/user/invite-sales/follow-viewer/list";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requestMap.put("telephone", telephone);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log.info("response: 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"5b33d00b-d284-4a3d-adcd-38210f8681c8",</w:t>
        <w:br/>
        <w:t xml:space="preserve">    "data": {</w:t>
        <w:br/>
        <w:t xml:space="preserve">        "pageSize": 5,</w:t>
        <w:br/>
        <w:t xml:space="preserve">        "totalPages": 2,</w:t>
        <w:br/>
        <w:t xml:space="preserve">        "totalItems": 10,</w:t>
        <w:br/>
        <w:t xml:space="preserve">        "contents": [</w:t>
        <w:br/>
        <w:t xml:space="preserve">            {</w:t>
        <w:br/>
        <w:t xml:space="preserve">                "inviteCustomerId": "6_xxxabc",</w:t>
        <w:br/>
        <w:t xml:space="preserve">                "inviteCustomerNickname": "xxxabc",</w:t>
        <w:br/>
        <w:t xml:space="preserve">                "viewerId": "6_xxxdef",</w:t>
        <w:br/>
        <w:t xml:space="preserve">                "nickname": "xxxdef",</w:t>
        <w:br/>
        <w:t xml:space="preserve">                "telephone": "18112345678",</w:t>
        <w:br/>
        <w:t xml:space="preserve">                "followStatus": 1,</w:t>
        <w:br/>
        <w:t xml:space="preserve">                "followTime": 1746699185000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获取邀请员的绑定观众列表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