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查询观看次数显示开关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1、查询观看页观看次数显示开关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http://api.polyv.net/live/v4/user/global-setting/pv-show/get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http://api.polyv.net/live/v4/user/global-setting/pv-show/get?appId=frlr1zazn3&amp;sign=9F74B4B8A24F9BD99E3BD6CADBC2B427&amp;timestamp=1672885082736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观看页观看次数显示开关Y：开启N：关闭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查询观看次数显示开关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getPVShowSettingTest()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"http://api.polyv.net/live/v4/user/global-setting/pv-show/get";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log.info("测试查询观看次数显示开关成功：{}",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"f14199d88cde4db4920d1fc1deb5d2d2.64.16728219094088673",</w:t>
        <w:br/>
        <w:t xml:space="preserve">    "data": {</w:t>
        <w:br/>
        <w:t xml:space="preserve">        "enabled": "N"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查询观看次数显示开关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