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查询全局频道设置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1、查询全局频道设置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http://api.polyv.net/live/v4/user/global-setting/switch/get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http://api.polyv.net/live/v4/user/global-setting/switch/get?appId=frlr1zazn3&amp;sign=FE20403723E1AB1EC15DE30B70BE636D&amp;timestamp=1657849513402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channelConcurrencesEnabled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最高同时在线人数修改开关Y：开启N：关闭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timelyConvertEnabled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自动转存开关Y：开启N：关闭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rebirthAutoUploadEnabled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重制课件自动转存开关Y：开启N：关闭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rebirthAutoConvertEnabled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重制课件自动重制开关Y：开启N：关闭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pptCoveredEnabled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重制课件PPT铺满开关Y：开启N：关闭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播放器封面设置contain：等比例缩放cover：拉伸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</w:t>
        <w:br/>
        <w:t xml:space="preserve"> *查询全局开关设置</w:t>
        <w:br/>
        <w:t xml:space="preserve"> *@throws IOException</w:t>
        <w:br/>
        <w:t xml:space="preserve"> *@throws NoSuchAlgorithmException</w:t>
        <w:br/>
        <w:t xml:space="preserve"> */</w:t>
        <w:br/>
        <w:t>@Test</w:t>
        <w:br/>
        <w:t>public void queryGlobalSwitchTest() throws IOException, NoSuchAlgorithmException {</w:t>
        <w:br/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"http://api.polyv.net/live/v4/user/global-setting/switch/get";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log.info("测试查询全局开关设置成功：{}",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"8acd0194a7b6459a8ab168fcf2b63153.66.16578495207221919",</w:t>
        <w:br/>
        <w:t xml:space="preserve">    "data": {</w:t>
        <w:br/>
        <w:t xml:space="preserve">        "channelConcurrencesEnabled": "Y",</w:t>
        <w:br/>
        <w:t xml:space="preserve">        "timelyConvertEnabled": "N",</w:t>
        <w:br/>
        <w:t xml:space="preserve">        "donateEnabled": "Y",</w:t>
        <w:br/>
        <w:t xml:space="preserve">        "rebirthAutoUploadEnabled": "N",</w:t>
        <w:br/>
        <w:t xml:space="preserve">        "rebirthAutoConvertEnabled": "N",</w:t>
        <w:br/>
        <w:t xml:space="preserve">        "pptCoveredEnabled": "Y",</w:t>
        <w:br/>
        <w:t xml:space="preserve">        "coverImgType": "cover"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查询全局频道设置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