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分页查询自定义字段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1、分页查询自定义字段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https://api.polyv.net/live/v4/user/custom-field/list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https://api.polyv.net/live/v4/user/custom-field/list?appId=frlr1zazn3&amp;timestamp=1670471250000&amp;sign=149397BFD607C518A841DAF8777D6A7E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自定义字段数组数据【详见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 数组参数描述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自定义字段类型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查询自定义字段列表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getLabelPageTest()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"https://api.polyv.net/live/v4/user/custom-field/list";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log.info("测试查询自定义字段分页成功：{}",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"e4faf1183b2c4ff493e6aeb192209b25.72.16994949189217641",</w:t>
        <w:br/>
        <w:t xml:space="preserve">    "data": [</w:t>
        <w:br/>
        <w:t xml:space="preserve">        {</w:t>
        <w:br/>
        <w:t xml:space="preserve">            "customFieldId": "PAY_STATUS",</w:t>
        <w:br/>
        <w:t xml:space="preserve">            "customFieldName": "支付状态",</w:t>
        <w:br/>
        <w:t xml:space="preserve">            "customFieldType": "text"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分页查询自定义字段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