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新增自定义字段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1、添加自定义字段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自定义字段ID，最大64个字符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自定义字段名称，最大64个字符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自定义字段类型，最大32个字符。（text：文本，image：图片，link：链接）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"customFieldId": "PAY_STATUS",</w:t>
        <w:br/>
        <w:t xml:space="preserve">    "customFieldName": "支付状态",</w:t>
        <w:br/>
        <w:t xml:space="preserve">    "customFieldType": "text"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新增自定义字段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"https://api.polyv.net/live/v4/user/custom-field/save";</w:t>
        <w:br/>
        <w:t xml:space="preserve">    String customFieldId = "PAY_STATUS";</w:t>
        <w:br/>
        <w:t xml:space="preserve">    String customFieldName = "支付状态";</w:t>
        <w:br/>
        <w:t xml:space="preserve">    String customFieldType = "text";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jsonMap.put("customFieldId", customFieldId);</w:t>
        <w:br/>
        <w:t xml:space="preserve">    jsonMap.put("customFieldName", customFieldName);</w:t>
        <w:br/>
        <w:t xml:space="preserve">    jsonMap.put("customFieldType", customFieldType);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log.info("测试新增自定义字段结果：{}",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新增自定义字段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